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ind w:left="0"/>
        <w:jc w:val="left"/>
      </w:pPr>
      <w:r>
        <w:rPr>
          <w:rFonts w:ascii="Arial" w:hAnsi="Arial"/>
          <w:b w:val="0"/>
          <w:sz w:val="12"/>
        </w:rPr>
        <w:t>Ger.   Maiden name</w:t>
      </w:r>
    </w:p>
    <w:p>
      <w:pPr>
        <w:spacing w:before="120"/>
        <w:ind w:left="0"/>
        <w:jc w:val="center"/>
      </w:pPr>
      <w:r>
        <w:rPr>
          <w:rFonts w:ascii="Arial" w:hAnsi="Arial"/>
          <w:b/>
          <w:sz w:val="36"/>
        </w:rPr>
        <w:t>Family Book</w:t>
      </w:r>
    </w:p>
    <w:p>
      <w:pPr>
        <w:spacing w:before="0"/>
        <w:ind w:left="0"/>
        <w:jc w:val="right"/>
      </w:pPr>
      <w:r>
        <w:rPr>
          <w:rFonts w:ascii="Arial" w:hAnsi="Arial"/>
          <w:b/>
          <w:sz w:val="22"/>
        </w:rPr>
        <w:t>L</w:t>
      </w:r>
    </w:p>
    <w:p>
      <w:pPr>
        <w:spacing w:before="80"/>
        <w:ind w:left="6009"/>
        <w:jc w:val="left"/>
        <w:pBdr>
          <w:bottom w:val="dotted" w:sz="6" w:space="0" w:color="000000"/>
        </w:pBdr>
      </w:pPr>
      <w:r>
        <w:rPr>
          <w:rFonts w:ascii="Courier New" w:hAnsi="Courier New"/>
          <w:b w:val="0"/>
          <w:sz w:val="26"/>
        </w:rPr>
        <w:t>S c h e i l</w:t>
      </w:r>
    </w:p>
    <w:p>
      <w:pPr>
        <w:spacing w:before="0"/>
        <w:ind w:left="6009"/>
        <w:jc w:val="left"/>
      </w:pPr>
      <w:r>
        <w:rPr>
          <w:rFonts w:ascii="Arial" w:hAnsi="Arial"/>
          <w:b w:val="0"/>
          <w:sz w:val="13"/>
        </w:rPr>
        <w:t>Surname of the husband</w:t>
      </w:r>
    </w:p>
    <w:p>
      <w:pPr>
        <w:spacing w:before="0"/>
        <w:ind w:left="6009"/>
        <w:jc w:val="left"/>
        <w:pBdr>
          <w:bottom w:val="dotted" w:sz="6" w:space="0" w:color="000000"/>
        </w:pBdr>
      </w:pPr>
      <w:r>
        <w:rPr>
          <w:rFonts w:ascii="Courier New" w:hAnsi="Courier New"/>
          <w:b w:val="0"/>
          <w:sz w:val="26"/>
        </w:rPr>
        <w:t>K o t t e n r o d t</w:t>
      </w:r>
    </w:p>
    <w:p>
      <w:pPr>
        <w:spacing w:before="0"/>
        <w:ind w:left="6009"/>
        <w:jc w:val="left"/>
      </w:pPr>
      <w:r>
        <w:rPr>
          <w:rFonts w:ascii="Arial" w:hAnsi="Arial"/>
          <w:b w:val="0"/>
          <w:sz w:val="13"/>
        </w:rPr>
        <w:t>Maiden name of the wife</w:t>
      </w:r>
    </w:p>
    <w:p>
      <w:pPr>
        <w:tabs>
          <w:tab w:pos="8731" w:val="left"/>
        </w:tabs>
        <w:spacing w:before="40"/>
        <w:ind w:left="0"/>
        <w:jc w:val="left"/>
      </w:pPr>
      <w:r>
        <w:rPr>
          <w:rFonts w:ascii="Arial" w:hAnsi="Arial"/>
          <w:b/>
          <w:sz w:val="20"/>
        </w:rPr>
        <w:t xml:space="preserve">          1. Husband:</w:t>
      </w:r>
      <w:r>
        <w:rPr>
          <w:rFonts w:ascii="Arial" w:hAnsi="Arial"/>
          <w:b/>
          <w:sz w:val="20"/>
        </w:rPr>
        <w:tab/>
        <w:t>2. Wife: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4309"/>
        <w:gridCol w:w="1928"/>
        <w:gridCol w:w="5329"/>
      </w:tblGrid>
      <w:tr>
        <w:trPr>
          <w:trHeight w:val="442" w:hRule="exact"/>
        </w:trPr>
        <w:tc>
          <w:tcPr>
            <w:tcW w:type="dxa" w:w="4309"/>
            <w:vAlign w:val="top"/>
            <w:tcBorders>
              <w:top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/-</w:t>
            </w:r>
          </w:p>
        </w:tc>
        <w:tc>
          <w:tcPr>
            <w:tcW w:type="dxa" w:w="1928"/>
            <w:vAlign w:val="center"/>
            <w:tcBorders>
              <w:top w:val="single" w:sz="8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Surname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before marriage</w:t>
            </w:r>
          </w:p>
        </w:tc>
        <w:tc>
          <w:tcPr>
            <w:tcW w:type="dxa" w:w="5329"/>
            <w:vAlign w:val="top"/>
            <w:tcBorders>
              <w:top w:val="single" w:sz="8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Kottenrodt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First names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Gunde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student nurse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Occupation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Nursery nurse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er 1943 -/-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Date of birth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13 October 1947 -/-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 xml:space="preserve"> -/_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Place of birth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Freiburg im Breisgau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 xml:space="preserve"> No. 6478/1943 -/-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Registry Office, No.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Freiburg im Breisgau No. 1825/1947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ch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Protestant -/-</w:t>
            </w:r>
          </w:p>
        </w:tc>
      </w:tr>
      <w:tr>
        <w:trPr>
          <w:trHeight w:val="65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Basis of the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entry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-/-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2381"/>
        <w:gridCol w:w="9184"/>
      </w:tblGrid>
      <w:tr>
        <w:trPr>
          <w:trHeight w:val="539" w:hRule="exact"/>
        </w:trPr>
        <w:tc>
          <w:tcPr>
            <w:tcW w:type="dxa" w:w="2381"/>
            <w:vAlign w:val="bottom"/>
            <w:tcBorders/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Date and place of marriage</w:t>
            </w:r>
          </w:p>
        </w:tc>
        <w:tc>
          <w:tcPr>
            <w:tcW w:type="dxa" w:w="9184"/>
            <w:vAlign w:val="bottom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12 June 1970, Freiburg im Breisgau -/-</w:t>
            </w:r>
          </w:p>
        </w:tc>
      </w:tr>
      <w:tr>
        <w:trPr>
          <w:trHeight w:val="454" w:hRule="exact"/>
        </w:trPr>
        <w:tc>
          <w:tcPr>
            <w:tcW w:type="dxa" w:w="2381"/>
            <w:vAlign w:val="center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r entry</w:t>
            </w:r>
          </w:p>
        </w:tc>
        <w:tc>
          <w:tcPr>
            <w:tcW w:type="dxa" w:w="9184"/>
            <w:vAlign w:val="center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Marriage entry No. 565 -/-</w:t>
            </w:r>
          </w:p>
        </w:tc>
      </w:tr>
    </w:tbl>
    <w:p>
      <w:pPr>
        <w:tabs>
          <w:tab w:pos="8391" w:val="left"/>
        </w:tabs>
        <w:spacing w:before="40"/>
        <w:ind w:left="0"/>
        <w:jc w:val="left"/>
      </w:pPr>
      <w:r>
        <w:rPr>
          <w:rFonts w:ascii="Arial" w:hAnsi="Arial"/>
          <w:b/>
          <w:sz w:val="20"/>
        </w:rPr>
        <w:t xml:space="preserve">   4. Parents of the husband:</w:t>
      </w:r>
      <w:r>
        <w:rPr>
          <w:rFonts w:ascii="Arial" w:hAnsi="Arial"/>
          <w:b/>
          <w:sz w:val="20"/>
        </w:rPr>
        <w:tab/>
        <w:t>5. Parents of the wife: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3932"/>
        <w:gridCol w:w="1851"/>
        <w:gridCol w:w="5783"/>
      </w:tblGrid>
      <w:tr>
        <w:trPr>
          <w:trHeight w:val="539" w:hRule="exact"/>
        </w:trPr>
        <w:tc>
          <w:tcPr>
            <w:tcW w:type="dxa" w:w="3932"/>
            <w:vAlign w:val="bottom"/>
            <w:tcBorders>
              <w:top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Scheil -/-</w:t>
            </w:r>
          </w:p>
        </w:tc>
        <w:tc>
          <w:tcPr>
            <w:tcW w:type="dxa" w:w="1851"/>
            <w:vAlign w:val="center"/>
            <w:tcBorders>
              <w:top w:val="single" w:sz="8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Surname</w:t>
            </w:r>
          </w:p>
        </w:tc>
        <w:tc>
          <w:tcPr>
            <w:tcW w:type="dxa" w:w="5783"/>
            <w:vAlign w:val="bottom"/>
            <w:tcBorders>
              <w:top w:val="single" w:sz="8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6"/>
              </w:rPr>
              <w:t>Father: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Kottenrodt 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ius Ferdinand 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First names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Ulrich Wolfgang Martin 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tgart 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Place of residence or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last place of residence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resident in Ebnet, District of Freiburg im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single" w:sz="8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Breisgau -/-</w:t>
            </w:r>
          </w:p>
        </w:tc>
      </w:tr>
      <w:tr>
        <w:trPr>
          <w:trHeight w:val="539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. Wagner 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Surname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6"/>
              </w:rPr>
              <w:t>Mother: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Kottenrodt née Köhler 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/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First names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Margarete 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tuttgart 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Place of residence or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last place of residence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resident in Ebnet -/-</w:t>
            </w:r>
          </w:p>
        </w:tc>
      </w:tr>
      <w:tr>
        <w:trPr>
          <w:trHeight w:val="454" w:hRule="exact"/>
        </w:trPr>
        <w:tc>
          <w:tcPr>
            <w:tcW w:type="dxa" w:w="3932"/>
            <w:vAlign w:val="bottom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u 1 -/-</w:t>
            </w:r>
          </w:p>
        </w:tc>
        <w:tc>
          <w:tcPr>
            <w:tcW w:type="dxa" w:w="1851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Basis of the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/>
                <w:b w:val="0"/>
                <w:sz w:val="17"/>
              </w:rPr>
              <w:t>entry</w:t>
            </w:r>
          </w:p>
        </w:tc>
        <w:tc>
          <w:tcPr>
            <w:tcW w:type="dxa" w:w="5783"/>
            <w:vAlign w:val="bottom"/>
            <w:tcBorders>
              <w:top w:val="dotted" w:sz="6" w:space="0" w:color="000000"/>
              <w:bottom w:val="single" w:sz="8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Birth cert. for 2 -/-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2608"/>
        <w:gridCol w:w="8957"/>
      </w:tblGrid>
      <w:tr>
        <w:trPr>
          <w:trHeight w:val="1928" w:hRule="atLeast"/>
        </w:trPr>
        <w:tc>
          <w:tcPr>
            <w:tcW w:type="dxa" w:w="2608"/>
            <w:vAlign w:val="top"/>
            <w:tcBorders/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2"/>
              </w:rPr>
              <w:t>1 intermediate line -/-</w:t>
            </w:r>
          </w:p>
          <w:p>
            <w:pPr/>
            <w:r>
              <w:drawing>
                <wp:inline xmlns:a="http://schemas.openxmlformats.org/drawingml/2006/main" xmlns:pic="http://schemas.openxmlformats.org/drawingml/2006/picture">
                  <wp:extent cx="118465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l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65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7"/>
            <w:vAlign w:val="top"/>
            <w:tcBorders/>
          </w:tcPr>
          <w:p>
            <w:pPr>
              <w:spacing w:before="80"/>
              <w:ind w:left="1247"/>
              <w:jc w:val="left"/>
              <w:pBdr>
                <w:bottom w:val="dotted" w:sz="6" w:space="0" w:color="000000"/>
              </w:pBdr>
            </w:pPr>
            <w:r>
              <w:rPr>
                <w:rFonts w:ascii="Courier New" w:hAnsi="Courier New"/>
                <w:b w:val="0"/>
                <w:sz w:val="22"/>
              </w:rPr>
              <w:t>Freiburg im Breisgau</w:t>
            </w:r>
            <w:r>
              <w:rPr>
                <w:rFonts w:ascii="Arial" w:hAnsi="Arial"/>
                <w:b w:val="0"/>
                <w:sz w:val="16"/>
              </w:rPr>
              <w:t xml:space="preserve"> , the </w:t>
            </w:r>
            <w:r>
              <w:rPr>
                <w:rFonts w:ascii="Courier New" w:hAnsi="Courier New"/>
                <w:b w:val="0"/>
                <w:sz w:val="22"/>
              </w:rPr>
              <w:t xml:space="preserve">  12 June 1970</w:t>
            </w:r>
          </w:p>
          <w:p>
            <w:pPr>
              <w:spacing w:before="0"/>
              <w:ind w:left="1474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24888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88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6"/>
              </w:rPr>
              <w:t xml:space="preserve"> The Registrar</w:t>
            </w:r>
          </w:p>
          <w:p>
            <w:pPr>
              <w:spacing w:before="0"/>
              <w:ind w:left="0"/>
              <w:jc w:val="right"/>
              <w:pBdr>
                <w:bottom w:val="dotted" w:sz="6" w:space="0" w:color="000000"/>
              </w:pBdr>
            </w:pPr>
            <w:r>
              <w:rPr>
                <w:rFonts w:ascii="Courier New" w:hAnsi="Courier New"/>
                <w:b w:val="0"/>
                <w:sz w:val="22"/>
              </w:rPr>
              <w:t>(Sonner)</w:t>
            </w:r>
            <w:r>
              <w:rPr>
                <w:rFonts w:ascii="Arial" w:hAnsi="Arial"/>
                <w:b w:val="0"/>
                <w:sz w:val="20"/>
              </w:rPr>
              <w:t xml:space="preserve">      Ma</w:t>
            </w:r>
          </w:p>
        </w:tc>
      </w:tr>
    </w:tbl>
    <w:p>
      <w:pPr>
        <w:spacing w:before="40"/>
        <w:ind w:left="0"/>
        <w:jc w:val="center"/>
        <w:pBdr>
          <w:bottom w:val="single" w:sz="8" w:space="0" w:color="000000"/>
        </w:pBdr>
      </w:pPr>
      <w:r>
        <w:rPr>
          <w:rFonts w:ascii="Arial" w:hAnsi="Arial"/>
          <w:b w:val="0"/>
          <w:sz w:val="16"/>
        </w:rPr>
        <w:t>7. Note on the nationality of the spouses and proof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5102"/>
        <w:gridCol w:w="6463"/>
      </w:tblGrid>
      <w:tr>
        <w:trPr>
          <w:trHeight w:val="1077" w:hRule="atLeast"/>
        </w:trPr>
        <w:tc>
          <w:tcPr>
            <w:tcW w:type="dxa" w:w="5102"/>
            <w:vAlign w:val="top"/>
            <w:tcBorders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1"/>
              </w:rPr>
              <w:t>. National, Nationality ID of the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1"/>
              </w:rPr>
              <w:t>ttgart dated 5 June 1970. The 26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/>
                <w:b w:val="0"/>
                <w:sz w:val="21"/>
              </w:rPr>
              <w:t>The Registrar p.p.</w:t>
            </w:r>
          </w:p>
          <w:p>
            <w:pPr>
              <w:spacing w:before="0"/>
              <w:ind w:left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695257" cy="2232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257" cy="22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/>
                <w:b w:val="0"/>
                <w:sz w:val="21"/>
              </w:rPr>
              <w:t xml:space="preserve"> (Symanczick)</w:t>
            </w:r>
          </w:p>
        </w:tc>
        <w:tc>
          <w:tcPr>
            <w:tcW w:type="dxa" w:w="6463"/>
            <w:vAlign w:val="top"/>
            <w:tcBorders/>
          </w:tcPr>
          <w:p>
            <w:pPr>
              <w:spacing w:before="0"/>
              <w:ind w:left="0"/>
              <w:jc w:val="left"/>
            </w:pPr>
            <w:r/>
          </w:p>
        </w:tc>
      </w:tr>
    </w:tbl>
    <w:sectPr w:rsidR="00FC693F" w:rsidRPr="0006063C" w:rsidSect="00034616">
      <w:pgSz w:w="11906" w:h="16838"/>
      <w:pgMar w:top="283" w:right="170" w:bottom="170" w:left="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