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  <w:ind w:left="0"/>
        <w:jc w:val="left"/>
      </w:pPr>
      <w:r>
        <w:rPr>
          <w:rFonts w:ascii="Arial" w:hAnsi="Arial" w:eastAsia="Arial"/>
          <w:b w:val="0"/>
          <w:sz w:val="12"/>
        </w:rPr>
        <w:t>dt   Mädchenname</w:t>
      </w:r>
    </w:p>
    <w:p>
      <w:pPr>
        <w:spacing w:before="120"/>
        <w:ind w:left="0"/>
        <w:jc w:val="center"/>
      </w:pPr>
      <w:r>
        <w:rPr>
          <w:rFonts w:ascii="Arial" w:hAnsi="Arial" w:eastAsia="Arial"/>
          <w:b/>
          <w:sz w:val="36"/>
        </w:rPr>
        <w:t>Familienbuch</w:t>
      </w:r>
    </w:p>
    <w:p>
      <w:pPr>
        <w:spacing w:before="0"/>
        <w:ind w:left="0"/>
        <w:jc w:val="right"/>
      </w:pPr>
      <w:r>
        <w:rPr>
          <w:rFonts w:ascii="Arial" w:hAnsi="Arial" w:eastAsia="Arial"/>
          <w:b/>
          <w:sz w:val="22"/>
        </w:rPr>
        <w:t>L</w:t>
      </w:r>
    </w:p>
    <w:p>
      <w:pPr>
        <w:spacing w:before="80"/>
        <w:ind w:left="6009"/>
        <w:jc w:val="left"/>
        <w:pBdr>
          <w:bottom w:val="dotted" w:sz="6" w:space="0" w:color="000000"/>
        </w:pBdr>
      </w:pPr>
      <w:r>
        <w:rPr>
          <w:rFonts w:ascii="Courier New" w:hAnsi="Courier New" w:eastAsia="Courier New"/>
          <w:b w:val="0"/>
          <w:sz w:val="26"/>
        </w:rPr>
        <w:t>S c h e i l</w:t>
      </w:r>
    </w:p>
    <w:p>
      <w:pPr>
        <w:spacing w:before="0"/>
        <w:ind w:left="6009"/>
        <w:jc w:val="left"/>
      </w:pPr>
      <w:r>
        <w:rPr>
          <w:rFonts w:ascii="Arial" w:hAnsi="Arial" w:eastAsia="Arial"/>
          <w:b w:val="0"/>
          <w:sz w:val="13"/>
        </w:rPr>
        <w:t>Familienname des Mannes</w:t>
      </w:r>
    </w:p>
    <w:p>
      <w:pPr>
        <w:spacing w:before="0"/>
        <w:ind w:left="6009"/>
        <w:jc w:val="left"/>
        <w:pBdr>
          <w:bottom w:val="dotted" w:sz="6" w:space="0" w:color="000000"/>
        </w:pBdr>
      </w:pPr>
      <w:r>
        <w:rPr>
          <w:rFonts w:ascii="Courier New" w:hAnsi="Courier New" w:eastAsia="Courier New"/>
          <w:b w:val="0"/>
          <w:sz w:val="26"/>
        </w:rPr>
        <w:t>K o t t e n r o d t</w:t>
      </w:r>
    </w:p>
    <w:p>
      <w:pPr>
        <w:spacing w:before="0"/>
        <w:ind w:left="6009"/>
        <w:jc w:val="left"/>
      </w:pPr>
      <w:r>
        <w:rPr>
          <w:rFonts w:ascii="Arial" w:hAnsi="Arial" w:eastAsia="Arial"/>
          <w:b w:val="0"/>
          <w:sz w:val="13"/>
        </w:rPr>
        <w:t>Mädchenname der Frau</w:t>
      </w:r>
    </w:p>
    <w:p>
      <w:pPr>
        <w:tabs>
          <w:tab w:pos="8731" w:val="left"/>
        </w:tabs>
        <w:spacing w:before="40"/>
        <w:ind w:left="0"/>
        <w:jc w:val="left"/>
      </w:pPr>
      <w:r>
        <w:rPr>
          <w:rFonts w:ascii="Arial" w:hAnsi="Arial" w:eastAsia="Arial"/>
          <w:b/>
          <w:sz w:val="20"/>
        </w:rPr>
        <w:t xml:space="preserve">          1. Ehemann:</w:t>
      </w:r>
      <w:r>
        <w:rPr>
          <w:rFonts w:ascii="Arial" w:hAnsi="Arial" w:eastAsia="Arial"/>
          <w:b/>
          <w:sz w:val="20"/>
        </w:rPr>
        <w:tab/>
        <w:t>2. Ehefrau: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  <w:tblBorders>
          <w:top w:val="nil" w:sz="0" w:space="0" w:color="000000"/>
          <w:left w:val="nil" w:sz="0" w:space="0" w:color="000000"/>
          <w:bottom w:val="nil" w:sz="0" w:space="0" w:color="000000"/>
          <w:right w:val="nil" w:sz="0" w:space="0" w:color="000000"/>
          <w:insideH w:val="nil" w:sz="0" w:space="0" w:color="000000"/>
          <w:insideV w:val="nil" w:sz="0" w:space="0" w:color="000000"/>
        </w:tblBorders>
        <w:tblCellMar>
          <w:left w:w="60" w:type="dxa"/>
          <w:right w:w="60" w:type="dxa"/>
          <w:top w:w="0" w:type="dxa"/>
          <w:bottom w:w="0" w:type="dxa"/>
        </w:tblCellMar>
      </w:tblPr>
      <w:tblGrid>
        <w:gridCol w:w="4309"/>
        <w:gridCol w:w="1928"/>
        <w:gridCol w:w="5329"/>
      </w:tblGrid>
      <w:tr>
        <w:trPr>
          <w:trHeight w:val="442" w:hRule="exact"/>
        </w:trPr>
        <w:tc>
          <w:tcPr>
            <w:tcW w:type="dxa" w:w="4309"/>
            <w:vAlign w:val="top"/>
            <w:tcBorders>
              <w:top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>/-</w:t>
            </w:r>
          </w:p>
        </w:tc>
        <w:tc>
          <w:tcPr>
            <w:tcW w:type="dxa" w:w="1928"/>
            <w:vAlign w:val="center"/>
            <w:tcBorders>
              <w:top w:val="single" w:sz="8" w:space="0" w:color="000000"/>
              <w:bottom w:val="nil" w:sz="0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 w:eastAsia="Arial"/>
                <w:b w:val="0"/>
                <w:sz w:val="17"/>
              </w:rPr>
              <w:t>Familienname</w:t>
            </w:r>
          </w:p>
          <w:p>
            <w:pPr>
              <w:spacing w:before="0"/>
              <w:ind w:left="0"/>
              <w:jc w:val="left"/>
            </w:pPr>
            <w:r>
              <w:rPr>
                <w:rFonts w:ascii="Arial" w:hAnsi="Arial" w:eastAsia="Arial"/>
                <w:b w:val="0"/>
                <w:sz w:val="17"/>
              </w:rPr>
              <w:t>v. d. Eheschl.</w:t>
            </w:r>
          </w:p>
        </w:tc>
        <w:tc>
          <w:tcPr>
            <w:tcW w:type="dxa" w:w="5329"/>
            <w:vAlign w:val="top"/>
            <w:tcBorders>
              <w:top w:val="single" w:sz="8" w:space="0" w:color="000000"/>
              <w:bottom w:val="dotted" w:sz="6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>Kottenrodt -/-</w:t>
            </w:r>
          </w:p>
        </w:tc>
      </w:tr>
      <w:tr>
        <w:trPr>
          <w:trHeight w:val="442" w:hRule="exact"/>
        </w:trPr>
        <w:tc>
          <w:tcPr>
            <w:tcW w:type="dxa" w:w="4309"/>
            <w:vAlign w:val="top"/>
            <w:tcBorders>
              <w:top w:val="dotted" w:sz="6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>/-</w:t>
            </w:r>
          </w:p>
        </w:tc>
        <w:tc>
          <w:tcPr>
            <w:tcW w:type="dxa" w:w="1928"/>
            <w:vAlign w:val="center"/>
            <w:tcBorders>
              <w:top w:val="nil" w:sz="0" w:space="0" w:color="000000"/>
              <w:bottom w:val="nil" w:sz="0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 w:eastAsia="Arial"/>
                <w:b w:val="0"/>
                <w:sz w:val="17"/>
              </w:rPr>
              <w:t>Vornamen</w:t>
            </w:r>
          </w:p>
        </w:tc>
        <w:tc>
          <w:tcPr>
            <w:tcW w:type="dxa" w:w="5329"/>
            <w:vAlign w:val="top"/>
            <w:tcBorders>
              <w:top w:val="dotted" w:sz="6" w:space="0" w:color="000000"/>
              <w:bottom w:val="dotted" w:sz="6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>Gunde -/-</w:t>
            </w:r>
          </w:p>
        </w:tc>
      </w:tr>
      <w:tr>
        <w:trPr>
          <w:trHeight w:val="442" w:hRule="exact"/>
        </w:trPr>
        <w:tc>
          <w:tcPr>
            <w:tcW w:type="dxa" w:w="4309"/>
            <w:vAlign w:val="top"/>
            <w:tcBorders>
              <w:top w:val="dotted" w:sz="6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>legeschüler -/-</w:t>
            </w:r>
          </w:p>
        </w:tc>
        <w:tc>
          <w:tcPr>
            <w:tcW w:type="dxa" w:w="1928"/>
            <w:vAlign w:val="center"/>
            <w:tcBorders>
              <w:top w:val="nil" w:sz="0" w:space="0" w:color="000000"/>
              <w:bottom w:val="nil" w:sz="0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 w:eastAsia="Arial"/>
                <w:b w:val="0"/>
                <w:sz w:val="17"/>
              </w:rPr>
              <w:t>Beruf</w:t>
            </w:r>
          </w:p>
        </w:tc>
        <w:tc>
          <w:tcPr>
            <w:tcW w:type="dxa" w:w="5329"/>
            <w:vAlign w:val="top"/>
            <w:tcBorders>
              <w:top w:val="dotted" w:sz="6" w:space="0" w:color="000000"/>
              <w:bottom w:val="dotted" w:sz="6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>Kinderpflegerin -/-</w:t>
            </w:r>
          </w:p>
        </w:tc>
      </w:tr>
      <w:tr>
        <w:trPr>
          <w:trHeight w:val="442" w:hRule="exact"/>
        </w:trPr>
        <w:tc>
          <w:tcPr>
            <w:tcW w:type="dxa" w:w="4309"/>
            <w:vAlign w:val="top"/>
            <w:tcBorders>
              <w:top w:val="dotted" w:sz="6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>er 1943 -/-</w:t>
            </w:r>
          </w:p>
        </w:tc>
        <w:tc>
          <w:tcPr>
            <w:tcW w:type="dxa" w:w="1928"/>
            <w:vAlign w:val="center"/>
            <w:tcBorders>
              <w:top w:val="nil" w:sz="0" w:space="0" w:color="000000"/>
              <w:bottom w:val="nil" w:sz="0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 w:eastAsia="Arial"/>
                <w:b w:val="0"/>
                <w:sz w:val="17"/>
              </w:rPr>
              <w:t>Geburtstag</w:t>
            </w:r>
          </w:p>
        </w:tc>
        <w:tc>
          <w:tcPr>
            <w:tcW w:type="dxa" w:w="5329"/>
            <w:vAlign w:val="top"/>
            <w:tcBorders>
              <w:top w:val="dotted" w:sz="6" w:space="0" w:color="000000"/>
              <w:bottom w:val="dotted" w:sz="6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>13. Oktober 1947 -/-</w:t>
            </w:r>
          </w:p>
        </w:tc>
      </w:tr>
      <w:tr>
        <w:trPr>
          <w:trHeight w:val="442" w:hRule="exact"/>
        </w:trPr>
        <w:tc>
          <w:tcPr>
            <w:tcW w:type="dxa" w:w="4309"/>
            <w:vAlign w:val="top"/>
            <w:tcBorders>
              <w:top w:val="dotted" w:sz="6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 xml:space="preserve"> -/_</w:t>
            </w:r>
          </w:p>
        </w:tc>
        <w:tc>
          <w:tcPr>
            <w:tcW w:type="dxa" w:w="1928"/>
            <w:vAlign w:val="center"/>
            <w:tcBorders>
              <w:top w:val="nil" w:sz="0" w:space="0" w:color="000000"/>
              <w:bottom w:val="nil" w:sz="0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 w:eastAsia="Arial"/>
                <w:b w:val="0"/>
                <w:sz w:val="17"/>
              </w:rPr>
              <w:t>Geburtsort</w:t>
            </w:r>
          </w:p>
        </w:tc>
        <w:tc>
          <w:tcPr>
            <w:tcW w:type="dxa" w:w="5329"/>
            <w:vAlign w:val="top"/>
            <w:tcBorders>
              <w:top w:val="dotted" w:sz="6" w:space="0" w:color="000000"/>
              <w:bottom w:val="dotted" w:sz="6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>Freiburg im Breisgau -/-</w:t>
            </w:r>
          </w:p>
        </w:tc>
      </w:tr>
      <w:tr>
        <w:trPr>
          <w:trHeight w:val="442" w:hRule="exact"/>
        </w:trPr>
        <w:tc>
          <w:tcPr>
            <w:tcW w:type="dxa" w:w="4309"/>
            <w:vAlign w:val="top"/>
            <w:tcBorders>
              <w:top w:val="dotted" w:sz="6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 xml:space="preserve"> Nr. 6478/1943 -/-</w:t>
            </w:r>
          </w:p>
        </w:tc>
        <w:tc>
          <w:tcPr>
            <w:tcW w:type="dxa" w:w="1928"/>
            <w:vAlign w:val="center"/>
            <w:tcBorders>
              <w:top w:val="nil" w:sz="0" w:space="0" w:color="000000"/>
              <w:bottom w:val="nil" w:sz="0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 w:eastAsia="Arial"/>
                <w:b w:val="0"/>
                <w:sz w:val="17"/>
              </w:rPr>
              <w:t>Standesamt, Nr.</w:t>
            </w:r>
          </w:p>
        </w:tc>
        <w:tc>
          <w:tcPr>
            <w:tcW w:type="dxa" w:w="5329"/>
            <w:vAlign w:val="top"/>
            <w:tcBorders>
              <w:top w:val="dotted" w:sz="6" w:space="0" w:color="000000"/>
              <w:bottom w:val="dotted" w:sz="6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>Freiburg im Breisgau Nr. 1825/1947</w:t>
            </w:r>
          </w:p>
        </w:tc>
      </w:tr>
      <w:tr>
        <w:trPr>
          <w:trHeight w:val="442" w:hRule="exact"/>
        </w:trPr>
        <w:tc>
          <w:tcPr>
            <w:tcW w:type="dxa" w:w="4309"/>
            <w:vAlign w:val="top"/>
            <w:tcBorders>
              <w:top w:val="dotted" w:sz="6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>ch -/-</w:t>
            </w:r>
          </w:p>
        </w:tc>
        <w:tc>
          <w:tcPr>
            <w:tcW w:type="dxa" w:w="1928"/>
            <w:vAlign w:val="center"/>
            <w:tcBorders>
              <w:top w:val="nil" w:sz="0" w:space="0" w:color="000000"/>
              <w:bottom w:val="nil" w:sz="0" w:space="0" w:color="000000"/>
            </w:tcBorders>
          </w:tcPr>
          <w:p>
            <w:pPr>
              <w:spacing w:before="0"/>
              <w:ind w:left="0"/>
              <w:jc w:val="left"/>
            </w:pPr>
          </w:p>
        </w:tc>
        <w:tc>
          <w:tcPr>
            <w:tcW w:type="dxa" w:w="5329"/>
            <w:vAlign w:val="top"/>
            <w:tcBorders>
              <w:top w:val="dotted" w:sz="6" w:space="0" w:color="000000"/>
              <w:bottom w:val="dotted" w:sz="6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>evangelisch -/-</w:t>
            </w:r>
          </w:p>
        </w:tc>
      </w:tr>
      <w:tr>
        <w:trPr>
          <w:trHeight w:val="652" w:hRule="exact"/>
        </w:trPr>
        <w:tc>
          <w:tcPr>
            <w:tcW w:type="dxa" w:w="4309"/>
            <w:vAlign w:val="top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</w:p>
        </w:tc>
        <w:tc>
          <w:tcPr>
            <w:tcW w:type="dxa" w:w="1928"/>
            <w:vAlign w:val="center"/>
            <w:tcBorders>
              <w:top w:val="nil" w:sz="0" w:space="0" w:color="000000"/>
              <w:bottom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 w:eastAsia="Arial"/>
                <w:b w:val="0"/>
                <w:sz w:val="17"/>
              </w:rPr>
              <w:t>Grundlage der</w:t>
            </w:r>
          </w:p>
          <w:p>
            <w:pPr>
              <w:spacing w:before="0"/>
              <w:ind w:left="0"/>
              <w:jc w:val="left"/>
            </w:pPr>
            <w:r>
              <w:rPr>
                <w:rFonts w:ascii="Arial" w:hAnsi="Arial" w:eastAsia="Arial"/>
                <w:b w:val="0"/>
                <w:sz w:val="17"/>
              </w:rPr>
              <w:t>Eintragung</w:t>
            </w:r>
          </w:p>
        </w:tc>
        <w:tc>
          <w:tcPr>
            <w:tcW w:type="dxa" w:w="5329"/>
            <w:vAlign w:val="top"/>
            <w:tcBorders>
              <w:top w:val="dotted" w:sz="6" w:space="0" w:color="000000"/>
              <w:bottom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>-/-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  <w:tblBorders>
          <w:top w:val="nil" w:sz="0" w:space="0" w:color="000000"/>
          <w:left w:val="nil" w:sz="0" w:space="0" w:color="000000"/>
          <w:bottom w:val="nil" w:sz="0" w:space="0" w:color="000000"/>
          <w:right w:val="nil" w:sz="0" w:space="0" w:color="000000"/>
          <w:insideH w:val="nil" w:sz="0" w:space="0" w:color="000000"/>
          <w:insideV w:val="nil" w:sz="0" w:space="0" w:color="000000"/>
        </w:tblBorders>
        <w:tblCellMar>
          <w:left w:w="60" w:type="dxa"/>
          <w:right w:w="60" w:type="dxa"/>
          <w:top w:w="0" w:type="dxa"/>
          <w:bottom w:w="0" w:type="dxa"/>
        </w:tblCellMar>
      </w:tblPr>
      <w:tblGrid>
        <w:gridCol w:w="2381"/>
        <w:gridCol w:w="9184"/>
      </w:tblGrid>
      <w:tr>
        <w:trPr>
          <w:trHeight w:val="539" w:hRule="exact"/>
        </w:trPr>
        <w:tc>
          <w:tcPr>
            <w:tcW w:type="dxa" w:w="2381"/>
            <w:vAlign w:val="bottom"/>
            <w:tcBorders/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 w:eastAsia="Arial"/>
                <w:b w:val="0"/>
                <w:sz w:val="17"/>
              </w:rPr>
              <w:t>Eheschließungstag, -ort</w:t>
            </w:r>
          </w:p>
        </w:tc>
        <w:tc>
          <w:tcPr>
            <w:tcW w:type="dxa" w:w="9184"/>
            <w:vAlign w:val="bottom"/>
            <w:tcBorders>
              <w:bottom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>12. Juni 1970, Freiburg im Breisgau -/-</w:t>
            </w:r>
          </w:p>
        </w:tc>
      </w:tr>
      <w:tr>
        <w:trPr>
          <w:trHeight w:val="454" w:hRule="exact"/>
        </w:trPr>
        <w:tc>
          <w:tcPr>
            <w:tcW w:type="dxa" w:w="2381"/>
            <w:vAlign w:val="center"/>
            <w:tcBorders>
              <w:bottom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 w:eastAsia="Arial"/>
                <w:b w:val="0"/>
                <w:sz w:val="17"/>
              </w:rPr>
              <w:t>r Eintragung</w:t>
            </w:r>
          </w:p>
        </w:tc>
        <w:tc>
          <w:tcPr>
            <w:tcW w:type="dxa" w:w="9184"/>
            <w:vAlign w:val="center"/>
            <w:tcBorders>
              <w:bottom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>Heiratseintrag Nr.565  -/-</w:t>
            </w:r>
          </w:p>
        </w:tc>
      </w:tr>
    </w:tbl>
    <w:p>
      <w:pPr>
        <w:tabs>
          <w:tab w:pos="8391" w:val="left"/>
        </w:tabs>
        <w:spacing w:before="40"/>
        <w:ind w:left="0"/>
        <w:jc w:val="left"/>
      </w:pPr>
      <w:r>
        <w:rPr>
          <w:rFonts w:ascii="Arial" w:hAnsi="Arial" w:eastAsia="Arial"/>
          <w:b/>
          <w:sz w:val="20"/>
        </w:rPr>
        <w:t xml:space="preserve">   4. Eltern des Ehemannes:</w:t>
      </w:r>
      <w:r>
        <w:rPr>
          <w:rFonts w:ascii="Arial" w:hAnsi="Arial" w:eastAsia="Arial"/>
          <w:b/>
          <w:sz w:val="20"/>
        </w:rPr>
        <w:tab/>
        <w:t>5. Eltern der Ehefrau: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  <w:tblBorders>
          <w:top w:val="nil" w:sz="0" w:space="0" w:color="000000"/>
          <w:left w:val="nil" w:sz="0" w:space="0" w:color="000000"/>
          <w:bottom w:val="nil" w:sz="0" w:space="0" w:color="000000"/>
          <w:right w:val="nil" w:sz="0" w:space="0" w:color="000000"/>
          <w:insideH w:val="nil" w:sz="0" w:space="0" w:color="000000"/>
          <w:insideV w:val="nil" w:sz="0" w:space="0" w:color="000000"/>
        </w:tblBorders>
        <w:tblCellMar>
          <w:left w:w="60" w:type="dxa"/>
          <w:right w:w="60" w:type="dxa"/>
          <w:top w:w="0" w:type="dxa"/>
          <w:bottom w:w="0" w:type="dxa"/>
        </w:tblCellMar>
      </w:tblPr>
      <w:tblGrid>
        <w:gridCol w:w="4309"/>
        <w:gridCol w:w="1928"/>
        <w:gridCol w:w="5329"/>
      </w:tblGrid>
      <w:tr>
        <w:trPr>
          <w:trHeight w:val="539" w:hRule="exact"/>
        </w:trPr>
        <w:tc>
          <w:tcPr>
            <w:tcW w:type="dxa" w:w="4309"/>
            <w:vAlign w:val="bottom"/>
            <w:tcBorders>
              <w:top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>Scheil -/-</w:t>
            </w:r>
          </w:p>
        </w:tc>
        <w:tc>
          <w:tcPr>
            <w:tcW w:type="dxa" w:w="1928"/>
            <w:vAlign w:val="center"/>
            <w:tcBorders>
              <w:top w:val="single" w:sz="8" w:space="0" w:color="000000"/>
              <w:bottom w:val="nil" w:sz="0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 w:eastAsia="Arial"/>
                <w:b w:val="0"/>
                <w:sz w:val="17"/>
              </w:rPr>
              <w:t>Familienname</w:t>
            </w:r>
          </w:p>
        </w:tc>
        <w:tc>
          <w:tcPr>
            <w:tcW w:type="dxa" w:w="5329"/>
            <w:vAlign w:val="bottom"/>
            <w:tcBorders>
              <w:top w:val="single" w:sz="8" w:space="0" w:color="000000"/>
              <w:bottom w:val="dotted" w:sz="6" w:space="0" w:color="000000"/>
              <w:lef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Vater:</w:t>
            </w:r>
          </w:p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>Kottenrodt -/-</w:t>
            </w:r>
          </w:p>
        </w:tc>
      </w:tr>
      <w:tr>
        <w:trPr>
          <w:trHeight w:val="454" w:hRule="exact"/>
        </w:trPr>
        <w:tc>
          <w:tcPr>
            <w:tcW w:type="dxa" w:w="4309"/>
            <w:vAlign w:val="bottom"/>
            <w:tcBorders>
              <w:top w:val="dotted" w:sz="6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>ius Ferdinand -/-</w:t>
            </w:r>
          </w:p>
        </w:tc>
        <w:tc>
          <w:tcPr>
            <w:tcW w:type="dxa" w:w="1928"/>
            <w:vAlign w:val="center"/>
            <w:tcBorders>
              <w:top w:val="nil" w:sz="0" w:space="0" w:color="000000"/>
              <w:bottom w:val="nil" w:sz="0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 w:eastAsia="Arial"/>
                <w:b w:val="0"/>
                <w:sz w:val="17"/>
              </w:rPr>
              <w:t>Vornamen</w:t>
            </w:r>
          </w:p>
        </w:tc>
        <w:tc>
          <w:tcPr>
            <w:tcW w:type="dxa" w:w="5329"/>
            <w:vAlign w:val="bottom"/>
            <w:tcBorders>
              <w:top w:val="dotted" w:sz="6" w:space="0" w:color="000000"/>
              <w:bottom w:val="dotted" w:sz="6" w:space="0" w:color="000000"/>
              <w:lef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>Ulrich Wolfgang Martin -/-</w:t>
            </w:r>
          </w:p>
        </w:tc>
      </w:tr>
      <w:tr>
        <w:trPr>
          <w:trHeight w:val="454" w:hRule="exact"/>
        </w:trPr>
        <w:tc>
          <w:tcPr>
            <w:tcW w:type="dxa" w:w="4309"/>
            <w:vAlign w:val="bottom"/>
            <w:tcBorders>
              <w:top w:val="dotted" w:sz="6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>tgart -/-</w:t>
            </w:r>
          </w:p>
        </w:tc>
        <w:tc>
          <w:tcPr>
            <w:tcW w:type="dxa" w:w="1928"/>
            <w:vAlign w:val="center"/>
            <w:tcBorders>
              <w:top w:val="nil" w:sz="0" w:space="0" w:color="000000"/>
              <w:bottom w:val="nil" w:sz="0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 w:eastAsia="Arial"/>
                <w:b w:val="0"/>
                <w:sz w:val="17"/>
              </w:rPr>
              <w:t>Wohnort oder</w:t>
            </w:r>
          </w:p>
          <w:p>
            <w:pPr>
              <w:spacing w:before="0"/>
              <w:ind w:left="0"/>
              <w:jc w:val="left"/>
            </w:pPr>
            <w:r>
              <w:rPr>
                <w:rFonts w:ascii="Arial" w:hAnsi="Arial" w:eastAsia="Arial"/>
                <w:b w:val="0"/>
                <w:sz w:val="17"/>
              </w:rPr>
              <w:t>letzter Wohnort</w:t>
            </w:r>
          </w:p>
        </w:tc>
        <w:tc>
          <w:tcPr>
            <w:tcW w:type="dxa" w:w="5329"/>
            <w:vAlign w:val="bottom"/>
            <w:tcBorders>
              <w:top w:val="dotted" w:sz="6" w:space="0" w:color="000000"/>
              <w:bottom w:val="dotted" w:sz="6" w:space="0" w:color="000000"/>
              <w:lef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>wohnhaft Ebnet, Ldkrs. Freiburg im</w:t>
            </w:r>
          </w:p>
        </w:tc>
      </w:tr>
      <w:tr>
        <w:trPr>
          <w:trHeight w:val="454" w:hRule="exact"/>
        </w:trPr>
        <w:tc>
          <w:tcPr>
            <w:tcW w:type="dxa" w:w="4309"/>
            <w:vAlign w:val="bottom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</w:p>
        </w:tc>
        <w:tc>
          <w:tcPr>
            <w:tcW w:type="dxa" w:w="1928"/>
            <w:vAlign w:val="center"/>
            <w:tcBorders>
              <w:top w:val="nil" w:sz="0" w:space="0" w:color="000000"/>
              <w:bottom w:val="single" w:sz="8" w:space="0" w:color="000000"/>
            </w:tcBorders>
          </w:tcPr>
          <w:p>
            <w:pPr>
              <w:spacing w:before="0"/>
              <w:ind w:left="0"/>
              <w:jc w:val="left"/>
            </w:pPr>
          </w:p>
        </w:tc>
        <w:tc>
          <w:tcPr>
            <w:tcW w:type="dxa" w:w="5329"/>
            <w:vAlign w:val="bottom"/>
            <w:tcBorders>
              <w:top w:val="dotted" w:sz="6" w:space="0" w:color="000000"/>
              <w:bottom w:val="single" w:sz="8" w:space="0" w:color="000000"/>
              <w:lef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>Breisgau -/-</w:t>
            </w:r>
          </w:p>
        </w:tc>
      </w:tr>
      <w:tr>
        <w:trPr>
          <w:trHeight w:val="539" w:hRule="exact"/>
        </w:trPr>
        <w:tc>
          <w:tcPr>
            <w:tcW w:type="dxa" w:w="4309"/>
            <w:vAlign w:val="bottom"/>
            <w:tcBorders>
              <w:top w:val="dotted" w:sz="6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>. Wagner -/-</w:t>
            </w:r>
          </w:p>
        </w:tc>
        <w:tc>
          <w:tcPr>
            <w:tcW w:type="dxa" w:w="1928"/>
            <w:vAlign w:val="center"/>
            <w:tcBorders>
              <w:top w:val="nil" w:sz="0" w:space="0" w:color="000000"/>
              <w:bottom w:val="nil" w:sz="0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 w:eastAsia="Arial"/>
                <w:b w:val="0"/>
                <w:sz w:val="17"/>
              </w:rPr>
              <w:t>Familienname</w:t>
            </w:r>
          </w:p>
        </w:tc>
        <w:tc>
          <w:tcPr>
            <w:tcW w:type="dxa" w:w="5329"/>
            <w:vAlign w:val="bottom"/>
            <w:tcBorders>
              <w:top w:val="dotted" w:sz="6" w:space="0" w:color="000000"/>
              <w:bottom w:val="dotted" w:sz="6" w:space="0" w:color="000000"/>
              <w:lef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Mutter:</w:t>
            </w:r>
          </w:p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>Kottenrodt geb. Köhler -/-</w:t>
            </w:r>
          </w:p>
        </w:tc>
      </w:tr>
      <w:tr>
        <w:trPr>
          <w:trHeight w:val="454" w:hRule="exact"/>
        </w:trPr>
        <w:tc>
          <w:tcPr>
            <w:tcW w:type="dxa" w:w="4309"/>
            <w:vAlign w:val="bottom"/>
            <w:tcBorders>
              <w:top w:val="dotted" w:sz="6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</w:p>
        </w:tc>
        <w:tc>
          <w:tcPr>
            <w:tcW w:type="dxa" w:w="1928"/>
            <w:vAlign w:val="center"/>
            <w:tcBorders>
              <w:top w:val="nil" w:sz="0" w:space="0" w:color="000000"/>
              <w:bottom w:val="nil" w:sz="0" w:space="0" w:color="000000"/>
            </w:tcBorders>
          </w:tcPr>
          <w:p>
            <w:pPr>
              <w:spacing w:before="0"/>
              <w:ind w:left="0"/>
              <w:jc w:val="left"/>
            </w:pPr>
          </w:p>
        </w:tc>
        <w:tc>
          <w:tcPr>
            <w:tcW w:type="dxa" w:w="5329"/>
            <w:vAlign w:val="bottom"/>
            <w:tcBorders>
              <w:top w:val="dotted" w:sz="6" w:space="0" w:color="000000"/>
              <w:bottom w:val="dotted" w:sz="6" w:space="0" w:color="000000"/>
              <w:lef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>-/-</w:t>
            </w:r>
          </w:p>
        </w:tc>
      </w:tr>
      <w:tr>
        <w:trPr>
          <w:trHeight w:val="454" w:hRule="exact"/>
        </w:trPr>
        <w:tc>
          <w:tcPr>
            <w:tcW w:type="dxa" w:w="4309"/>
            <w:vAlign w:val="bottom"/>
            <w:tcBorders>
              <w:top w:val="dotted" w:sz="6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>-/-</w:t>
            </w:r>
          </w:p>
        </w:tc>
        <w:tc>
          <w:tcPr>
            <w:tcW w:type="dxa" w:w="1928"/>
            <w:vAlign w:val="center"/>
            <w:tcBorders>
              <w:top w:val="nil" w:sz="0" w:space="0" w:color="000000"/>
              <w:bottom w:val="nil" w:sz="0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 w:eastAsia="Arial"/>
                <w:b w:val="0"/>
                <w:sz w:val="17"/>
              </w:rPr>
              <w:t>Vornamen</w:t>
            </w:r>
          </w:p>
        </w:tc>
        <w:tc>
          <w:tcPr>
            <w:tcW w:type="dxa" w:w="5329"/>
            <w:vAlign w:val="bottom"/>
            <w:tcBorders>
              <w:top w:val="dotted" w:sz="6" w:space="0" w:color="000000"/>
              <w:bottom w:val="dotted" w:sz="6" w:space="0" w:color="000000"/>
              <w:lef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>Margarete -/-</w:t>
            </w:r>
          </w:p>
        </w:tc>
      </w:tr>
      <w:tr>
        <w:trPr>
          <w:trHeight w:val="454" w:hRule="exact"/>
        </w:trPr>
        <w:tc>
          <w:tcPr>
            <w:tcW w:type="dxa" w:w="4309"/>
            <w:vAlign w:val="bottom"/>
            <w:tcBorders>
              <w:top w:val="dotted" w:sz="6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>tuttgart -/-</w:t>
            </w:r>
          </w:p>
        </w:tc>
        <w:tc>
          <w:tcPr>
            <w:tcW w:type="dxa" w:w="1928"/>
            <w:vAlign w:val="center"/>
            <w:tcBorders>
              <w:top w:val="nil" w:sz="0" w:space="0" w:color="000000"/>
              <w:bottom w:val="nil" w:sz="0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 w:eastAsia="Arial"/>
                <w:b w:val="0"/>
                <w:sz w:val="17"/>
              </w:rPr>
              <w:t>Wohnort oder</w:t>
            </w:r>
          </w:p>
          <w:p>
            <w:pPr>
              <w:spacing w:before="0"/>
              <w:ind w:left="0"/>
              <w:jc w:val="left"/>
            </w:pPr>
            <w:r>
              <w:rPr>
                <w:rFonts w:ascii="Arial" w:hAnsi="Arial" w:eastAsia="Arial"/>
                <w:b w:val="0"/>
                <w:sz w:val="17"/>
              </w:rPr>
              <w:t>letzter Wohnort</w:t>
            </w:r>
          </w:p>
        </w:tc>
        <w:tc>
          <w:tcPr>
            <w:tcW w:type="dxa" w:w="5329"/>
            <w:vAlign w:val="bottom"/>
            <w:tcBorders>
              <w:top w:val="dotted" w:sz="6" w:space="0" w:color="000000"/>
              <w:bottom w:val="dotted" w:sz="6" w:space="0" w:color="000000"/>
              <w:lef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>wohnhaft Ebnet -/-</w:t>
            </w:r>
          </w:p>
        </w:tc>
      </w:tr>
      <w:tr>
        <w:trPr>
          <w:trHeight w:val="454" w:hRule="exact"/>
        </w:trPr>
        <w:tc>
          <w:tcPr>
            <w:tcW w:type="dxa" w:w="4309"/>
            <w:vAlign w:val="bottom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>u 1 -/-</w:t>
            </w:r>
          </w:p>
        </w:tc>
        <w:tc>
          <w:tcPr>
            <w:tcW w:type="dxa" w:w="1928"/>
            <w:vAlign w:val="center"/>
            <w:tcBorders>
              <w:top w:val="nil" w:sz="0" w:space="0" w:color="000000"/>
              <w:bottom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Arial" w:hAnsi="Arial" w:eastAsia="Arial"/>
                <w:b w:val="0"/>
                <w:sz w:val="17"/>
              </w:rPr>
              <w:t>Grundlage der</w:t>
            </w:r>
          </w:p>
          <w:p>
            <w:pPr>
              <w:spacing w:before="0"/>
              <w:ind w:left="0"/>
              <w:jc w:val="left"/>
            </w:pPr>
            <w:r>
              <w:rPr>
                <w:rFonts w:ascii="Arial" w:hAnsi="Arial" w:eastAsia="Arial"/>
                <w:b w:val="0"/>
                <w:sz w:val="17"/>
              </w:rPr>
              <w:t>Eintragung</w:t>
            </w:r>
          </w:p>
        </w:tc>
        <w:tc>
          <w:tcPr>
            <w:tcW w:type="dxa" w:w="5329"/>
            <w:vAlign w:val="bottom"/>
            <w:tcBorders>
              <w:top w:val="dotted" w:sz="6" w:space="0" w:color="000000"/>
              <w:bottom w:val="single" w:sz="8" w:space="0" w:color="000000"/>
              <w:lef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>Geb.Urk. zu 2 -/-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  <w:tblBorders>
          <w:top w:val="nil" w:sz="0" w:space="0" w:color="000000"/>
          <w:left w:val="nil" w:sz="0" w:space="0" w:color="000000"/>
          <w:bottom w:val="nil" w:sz="0" w:space="0" w:color="000000"/>
          <w:right w:val="nil" w:sz="0" w:space="0" w:color="000000"/>
          <w:insideH w:val="nil" w:sz="0" w:space="0" w:color="000000"/>
          <w:insideV w:val="nil" w:sz="0" w:space="0" w:color="000000"/>
        </w:tblBorders>
        <w:tblCellMar>
          <w:left w:w="60" w:type="dxa"/>
          <w:right w:w="60" w:type="dxa"/>
          <w:top w:w="0" w:type="dxa"/>
          <w:bottom w:w="0" w:type="dxa"/>
        </w:tblCellMar>
      </w:tblPr>
      <w:tblGrid>
        <w:gridCol w:w="2608"/>
        <w:gridCol w:w="8957"/>
      </w:tblGrid>
      <w:tr>
        <w:trPr>
          <w:trHeight w:val="1928" w:hRule="atLeast"/>
        </w:trPr>
        <w:tc>
          <w:tcPr>
            <w:tcW w:type="dxa" w:w="2608"/>
            <w:vAlign w:val="top"/>
            <w:tcBorders/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2"/>
              </w:rPr>
              <w:t>1 Zwischenzeile -/-</w:t>
            </w:r>
          </w:p>
          <w:p>
            <w:r>
              <w:drawing>
                <wp:inline xmlns:a="http://schemas.openxmlformats.org/drawingml/2006/main" xmlns:pic="http://schemas.openxmlformats.org/drawingml/2006/picture">
                  <wp:extent cx="1184659" cy="100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al_1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65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57"/>
            <w:vAlign w:val="top"/>
            <w:tcBorders/>
          </w:tcPr>
          <w:p>
            <w:pPr>
              <w:spacing w:before="80"/>
              <w:ind w:left="1247"/>
              <w:jc w:val="left"/>
              <w:pBdr>
                <w:bottom w:val="dotted" w:sz="6" w:space="0" w:color="000000"/>
              </w:pBdr>
            </w:pPr>
            <w:r>
              <w:rPr>
                <w:rFonts w:ascii="Courier New" w:hAnsi="Courier New" w:eastAsia="Courier New"/>
                <w:b w:val="0"/>
                <w:sz w:val="22"/>
              </w:rPr>
              <w:t>Freiburg im Breisgau</w:t>
            </w:r>
            <w:r>
              <w:rPr>
                <w:rFonts w:ascii="Arial" w:hAnsi="Arial" w:eastAsia="Arial"/>
                <w:b w:val="0"/>
                <w:sz w:val="16"/>
              </w:rPr>
              <w:t xml:space="preserve"> , den </w:t>
            </w:r>
            <w:r>
              <w:rPr>
                <w:rFonts w:ascii="Courier New" w:hAnsi="Courier New" w:eastAsia="Courier New"/>
                <w:b w:val="0"/>
                <w:sz w:val="22"/>
              </w:rPr>
              <w:t xml:space="preserve">  12. Juni 1970</w:t>
            </w:r>
          </w:p>
          <w:p>
            <w:pPr>
              <w:spacing w:before="0"/>
              <w:ind w:left="1474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248880" cy="86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_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888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eastAsia="Arial"/>
                <w:b/>
                <w:sz w:val="16"/>
              </w:rPr>
              <w:t xml:space="preserve"> Der Standesbeamte</w:t>
            </w:r>
          </w:p>
          <w:p>
            <w:pPr>
              <w:spacing w:before="0"/>
              <w:ind w:left="0"/>
              <w:jc w:val="right"/>
              <w:pBdr>
                <w:bottom w:val="dotted" w:sz="6" w:space="0" w:color="000000"/>
              </w:pBdr>
            </w:pPr>
            <w:r>
              <w:rPr>
                <w:rFonts w:ascii="Courier New" w:hAnsi="Courier New" w:eastAsia="Courier New"/>
                <w:b w:val="0"/>
                <w:sz w:val="22"/>
              </w:rPr>
              <w:t>(Sonner)</w:t>
            </w:r>
            <w:r>
              <w:rPr>
                <w:rFonts w:ascii="Arial" w:hAnsi="Arial" w:eastAsia="Arial"/>
                <w:b w:val="0"/>
                <w:sz w:val="20"/>
              </w:rPr>
              <w:t xml:space="preserve">      Ma</w:t>
            </w:r>
          </w:p>
        </w:tc>
      </w:tr>
    </w:tbl>
    <w:p>
      <w:pPr>
        <w:spacing w:before="40"/>
        <w:ind w:left="0"/>
        <w:jc w:val="center"/>
        <w:pBdr>
          <w:bottom w:val="single" w:sz="8" w:space="0" w:color="000000"/>
        </w:pBdr>
      </w:pPr>
      <w:r>
        <w:rPr>
          <w:rFonts w:ascii="Arial" w:hAnsi="Arial" w:eastAsia="Arial"/>
          <w:b w:val="0"/>
          <w:sz w:val="16"/>
        </w:rPr>
        <w:t>7. Vermerk über die Staatsangehörigkeit der Ehegatten und Nachweis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  <w:tblBorders>
          <w:top w:val="nil" w:sz="0" w:space="0" w:color="000000"/>
          <w:left w:val="nil" w:sz="0" w:space="0" w:color="000000"/>
          <w:bottom w:val="nil" w:sz="0" w:space="0" w:color="000000"/>
          <w:right w:val="nil" w:sz="0" w:space="0" w:color="000000"/>
          <w:insideH w:val="nil" w:sz="0" w:space="0" w:color="000000"/>
          <w:insideV w:val="nil" w:sz="0" w:space="0" w:color="000000"/>
        </w:tblBorders>
        <w:tblCellMar>
          <w:left w:w="60" w:type="dxa"/>
          <w:right w:w="60" w:type="dxa"/>
          <w:top w:w="0" w:type="dxa"/>
          <w:bottom w:w="0" w:type="dxa"/>
        </w:tblCellMar>
      </w:tblPr>
      <w:tblGrid>
        <w:gridCol w:w="5102"/>
        <w:gridCol w:w="6463"/>
      </w:tblGrid>
      <w:tr>
        <w:trPr>
          <w:trHeight w:val="1077" w:hRule="atLeast"/>
        </w:trPr>
        <w:tc>
          <w:tcPr>
            <w:tcW w:type="dxa" w:w="5102"/>
            <w:vAlign w:val="top"/>
            <w:tcBorders>
              <w:right w:val="single" w:sz="8" w:space="0" w:color="000000"/>
            </w:tcBorders>
          </w:tcPr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1"/>
              </w:rPr>
              <w:t>. Staatsangehöriger, StAAusw.der</w:t>
            </w:r>
          </w:p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1"/>
              </w:rPr>
              <w:t>ttgart vom 5. Juni 1970. Den 26</w:t>
            </w:r>
          </w:p>
          <w:p>
            <w:pPr>
              <w:spacing w:before="0"/>
              <w:ind w:left="0"/>
              <w:jc w:val="left"/>
            </w:pPr>
            <w:r>
              <w:rPr>
                <w:rFonts w:ascii="Courier New" w:hAnsi="Courier New" w:eastAsia="Courier New"/>
                <w:b w:val="0"/>
                <w:sz w:val="21"/>
              </w:rPr>
              <w:t>Der Standesbeamte I.V.</w:t>
            </w:r>
          </w:p>
          <w:p>
            <w:pPr>
              <w:spacing w:before="0"/>
              <w:ind w:left="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1695257" cy="2232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257" cy="22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 w:hAnsi="Courier New" w:eastAsia="Courier New"/>
                <w:b w:val="0"/>
                <w:sz w:val="21"/>
              </w:rPr>
              <w:t xml:space="preserve"> (Symanczick)</w:t>
            </w:r>
          </w:p>
        </w:tc>
        <w:tc>
          <w:tcPr>
            <w:tcW w:type="dxa" w:w="6463"/>
            <w:vAlign w:val="top"/>
            <w:tcBorders/>
          </w:tcPr>
          <w:p>
            <w:pPr>
              <w:spacing w:before="0"/>
              <w:ind w:left="0"/>
              <w:jc w:val="left"/>
            </w:pPr>
          </w:p>
        </w:tc>
      </w:tr>
    </w:tbl>
    <w:sectPr w:rsidR="00FC693F" w:rsidRPr="0006063C" w:rsidSect="00034616">
      <w:pgSz w:w="11906" w:h="16838"/>
      <w:pgMar w:top="283" w:right="170" w:bottom="170" w:left="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