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409" w:after="0"/>
        <w:jc w:val="right"/>
        <w:pBdr>
          <w:bottom w:val="dashed" w:sz="6" w:space="1" w:color="555555"/>
        </w:pBdr>
        <w:rPr>
          <w:sz w:val="16"/>
          <w:szCs w:val="20"/>
        </w:rPr>
      </w:pPr>
      <w:r>
        <w:rPr>
          <w:rFonts w:ascii="Arial" w:hAnsi="Arial" w:cs="Arial"/>
          <w:sz w:val="4"/>
          <w:szCs w:val="4"/>
          <w:rtl/>
        </w:rPr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477"/>
        <w:gridCol w:w="3477"/>
        <w:gridCol w:w="3477"/>
      </w:tblGrid>
      <w:tr>
        <w:tc>
          <w:tcPr>
            <w:tcW w:type="dxa" w:w="3477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108" w:after="0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620000" cy="3628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3628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72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504000" cy="59294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ble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929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396000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k_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656000" cy="30761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076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18" w:after="0"/>
        <w:jc w:val="center"/>
        <w:rPr>
          <w:sz w:val="16"/>
          <w:szCs w:val="20"/>
        </w:rPr>
      </w:pPr>
      <w:r>
        <w:rPr>
          <w:rFonts w:ascii="Arial" w:hAnsi="Arial"/>
          <w:b/>
          <w:sz w:val="22"/>
          <w:szCs w:val="20"/>
        </w:rPr>
        <w:t>State of Israel – Ministry of Religious Affairs</w:t>
      </w:r>
    </w:p>
    <w:p>
      <w:pPr>
        <w:bidi/>
        <w:spacing w:before="0" w:after="36"/>
        <w:jc w:val="center"/>
        <w:rPr>
          <w:sz w:val="16"/>
          <w:szCs w:val="20"/>
        </w:rPr>
      </w:pPr>
      <w:r>
        <w:rPr>
          <w:rFonts w:ascii="Arial" w:hAnsi="Arial"/>
          <w:b/>
          <w:sz w:val="43"/>
          <w:szCs w:val="20"/>
          <w:spacing w:val="160"/>
        </w:rPr>
        <w:t>Marriage Certificate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477"/>
        <w:gridCol w:w="3477"/>
        <w:gridCol w:w="3477"/>
      </w:tblGrid>
      <w:tr>
        <w:trPr>
          <w:trHeight w:val="330" w:hRule="exact"/>
        </w:trPr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  <w:spacing w:val="80"/>
              </w:rPr>
              <w:t>The Wife</w:t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  <w:spacing w:val="80"/>
              </w:rPr>
              <w:t>The Husband</w:t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Personal Details</w:t>
            </w:r>
          </w:p>
        </w:tc>
      </w:tr>
      <w:tr>
        <w:trPr>
          <w:trHeight w:val="496" w:hRule="exact"/>
        </w:trPr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5199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5199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23"/>
                <w:szCs w:val="20"/>
              </w:rPr>
              <w:t>The Couple</w:t>
            </w:r>
          </w:p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Surname</w:t>
            </w:r>
          </w:p>
        </w:tc>
      </w:tr>
      <w:tr>
        <w:trPr>
          <w:trHeight w:val="468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3546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5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354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3546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6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354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Given Names</w:t>
            </w:r>
          </w:p>
        </w:tc>
      </w:tr>
      <w:tr>
        <w:trPr>
          <w:trHeight w:val="530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Jew (Female)</w:t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Jew (Male)</w:t>
            </w:r>
          </w:p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Kohen / Levi / Israel</w:t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Religious Community</w:t>
            </w:r>
          </w:p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3"/>
                <w:szCs w:val="20"/>
              </w:rPr>
              <w:t>(Strike out as applicable)</w:t>
            </w:r>
          </w:p>
        </w:tc>
      </w:tr>
      <w:tr>
        <w:trPr>
          <w:trHeight w:val="468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3546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7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354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35467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8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354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Date of Birth</w:t>
            </w:r>
          </w:p>
        </w:tc>
      </w:tr>
      <w:tr>
        <w:trPr>
          <w:trHeight w:val="496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5199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9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5199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Current Occupation</w:t>
            </w:r>
          </w:p>
        </w:tc>
      </w:tr>
      <w:tr>
        <w:trPr>
          <w:trHeight w:val="482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4372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1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43729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2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Place of Residence before Marriage</w:t>
            </w:r>
          </w:p>
        </w:tc>
      </w:tr>
      <w:tr>
        <w:trPr>
          <w:trHeight w:val="517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64384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3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64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6438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4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64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Identity Card No.</w:t>
            </w:r>
          </w:p>
        </w:tc>
      </w:tr>
      <w:tr>
        <w:trPr>
          <w:trHeight w:val="517" w:hRule="exact"/>
        </w:trPr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64384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5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64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64384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6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64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23"/>
                <w:szCs w:val="20"/>
              </w:rPr>
              <w:t>The Parents</w:t>
            </w:r>
          </w:p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3"/>
                <w:szCs w:val="20"/>
              </w:rPr>
              <w:t>Father's Surname and Given Names</w:t>
            </w:r>
          </w:p>
        </w:tc>
      </w:tr>
      <w:tr>
        <w:trPr>
          <w:trHeight w:val="503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56122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7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61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56122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8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61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3"/>
                <w:szCs w:val="20"/>
              </w:rPr>
              <w:t>Mother's Surname and Given Names</w:t>
            </w:r>
          </w:p>
        </w:tc>
      </w:tr>
      <w:tr>
        <w:trPr>
          <w:trHeight w:val="496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5199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9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51991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4"/>
                <w:szCs w:val="20"/>
              </w:rPr>
              <w:t>Father's Place of Residence</w:t>
            </w:r>
          </w:p>
        </w:tc>
      </w:tr>
      <w:tr>
        <w:trPr>
          <w:trHeight w:val="482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43729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1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43729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2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4"/>
                <w:szCs w:val="20"/>
              </w:rPr>
              <w:t>Mother's Place of Residence</w:t>
            </w:r>
          </w:p>
        </w:tc>
      </w:tr>
      <w:tr>
        <w:trPr>
          <w:trHeight w:val="496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5199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3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51991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4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4"/>
                <w:szCs w:val="20"/>
              </w:rPr>
              <w:t>Father's Occupation</w:t>
            </w:r>
          </w:p>
        </w:tc>
      </w:tr>
      <w:tr>
        <w:trPr>
          <w:trHeight w:val="482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43729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5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43729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6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4"/>
                <w:szCs w:val="20"/>
              </w:rPr>
              <w:t>Mother's Occupation</w:t>
            </w:r>
          </w:p>
        </w:tc>
      </w:tr>
      <w:tr>
        <w:trPr>
          <w:trHeight w:val="537" w:hRule="exact"/>
        </w:trPr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76777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7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767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76777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8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767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23"/>
                <w:szCs w:val="20"/>
              </w:rPr>
              <w:t>The Witnesses</w:t>
            </w:r>
          </w:p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4"/>
                <w:szCs w:val="20"/>
              </w:rPr>
              <w:t>Surname and Given Names</w:t>
            </w:r>
          </w:p>
        </w:tc>
      </w:tr>
      <w:tr>
        <w:trPr>
          <w:trHeight w:val="447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10234" cy="223074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9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230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722627" cy="223074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0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230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  <w:szCs w:val="20"/>
              </w:rPr>
              <w:t>Occupation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520"/>
        <w:gridCol w:w="3434"/>
        <w:gridCol w:w="3477"/>
      </w:tblGrid>
      <w:tr>
        <w:trPr>
          <w:trHeight w:val="2755" w:hRule="atLeast"/>
        </w:trPr>
        <w:tc>
          <w:tcPr>
            <w:tcW w:type="dxa" w:w="3520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18" w:after="0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2097424" cy="1872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1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424" cy="18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34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1635805" cy="1944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2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805" cy="19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18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sz w:val="14"/>
                <w:szCs w:val="20"/>
              </w:rPr>
              <w:t>I hereby certify that the marriage of the aforementioned couple</w:t>
            </w:r>
          </w:p>
          <w:p>
            <w:pPr>
              <w:bidi/>
              <w:spacing w:before="36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sz w:val="14"/>
                <w:szCs w:val="20"/>
              </w:rPr>
              <w:t>took place in .........Jerusalem............</w:t>
            </w:r>
          </w:p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3"/>
                <w:szCs w:val="20"/>
              </w:rPr>
              <w:t>(Place of Wedding Ceremony)</w:t>
            </w:r>
          </w:p>
          <w:p>
            <w:pPr>
              <w:bidi/>
              <w:spacing w:before="36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sz w:val="14"/>
                <w:szCs w:val="20"/>
              </w:rPr>
              <w:t>on the ...13th... day of the month of ...Adar... 5717</w:t>
            </w:r>
          </w:p>
          <w:p>
            <w:pPr>
              <w:bidi/>
              <w:spacing w:before="36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sz w:val="14"/>
                <w:szCs w:val="20"/>
              </w:rPr>
              <w:t xml:space="preserve">1957 .. </w:t>
            </w:r>
            <w:r>
              <w:rPr>
                <w:sz w:val="16"/>
                <w:szCs w:val="20"/>
              </w:rPr>
              <w:drawing>
                <wp:inline xmlns:a="http://schemas.openxmlformats.org/drawingml/2006/main" xmlns:pic="http://schemas.openxmlformats.org/drawingml/2006/picture">
                  <wp:extent cx="648000" cy="134819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3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134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13"/>
                <w:szCs w:val="20"/>
              </w:rPr>
              <w:t xml:space="preserve"> ........ (Gregorian Date)</w:t>
            </w:r>
          </w:p>
          <w:p>
            <w:pPr>
              <w:bidi/>
              <w:spacing w:before="36" w:after="0"/>
              <w:jc w:val="right"/>
              <w:rPr>
                <w:sz w:val="16"/>
                <w:szCs w:val="20"/>
              </w:rPr>
            </w:pPr>
            <w:r>
              <w:rPr>
                <w:rFonts w:ascii="Arial" w:hAnsi="Arial"/>
                <w:sz w:val="14"/>
                <w:szCs w:val="20"/>
              </w:rPr>
              <w:t>and was registered at the Rabbinate Office in.....Jerusalem.......</w:t>
            </w:r>
          </w:p>
          <w:p>
            <w:pPr>
              <w:bidi/>
              <w:spacing w:before="0" w:after="0"/>
              <w:jc w:val="center"/>
              <w:rPr>
                <w:sz w:val="16"/>
                <w:szCs w:val="20"/>
              </w:rPr>
            </w:pPr>
            <w:r>
              <w:rPr>
                <w:rFonts w:ascii="Arial" w:hAnsi="Arial"/>
                <w:b/>
                <w:sz w:val="13"/>
                <w:szCs w:val="20"/>
              </w:rPr>
              <w:t>(Place of Rabbinate)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Layout w:type="fixed"/>
            </w:tblPr>
            <w:tblGrid>
              <w:gridCol w:w="1630"/>
              <w:gridCol w:w="1630"/>
            </w:tblGrid>
            <w:tr>
              <w:tc>
                <w:tcPr>
                  <w:tcW w:type="dxa" w:w="1630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bidi/>
                    <w:spacing w:before="36" w:after="0"/>
                    <w:jc w:val="center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drawing>
                      <wp:inline xmlns:a="http://schemas.openxmlformats.org/drawingml/2006/main" xmlns:pic="http://schemas.openxmlformats.org/drawingml/2006/picture">
                        <wp:extent cx="923774" cy="54000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2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3774" cy="54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0" w:after="0"/>
                    <w:jc w:val="center"/>
                    <w:rPr>
                      <w:sz w:val="16"/>
                      <w:szCs w:val="20"/>
                    </w:rPr>
                  </w:pPr>
                  <w:r>
                    <w:rPr>
                      <w:rFonts w:ascii="Arial" w:hAnsi="Arial"/>
                      <w:b/>
                      <w:sz w:val="13"/>
                      <w:szCs w:val="20"/>
                    </w:rPr>
                    <w:t>Stamp</w:t>
                  </w:r>
                </w:p>
              </w:tc>
              <w:tc>
                <w:tcPr>
                  <w:tcW w:type="dxa" w:w="1630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bidi/>
                    <w:spacing w:before="72" w:after="0"/>
                    <w:jc w:val="center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drawing>
                      <wp:inline xmlns:a="http://schemas.openxmlformats.org/drawingml/2006/main" xmlns:pic="http://schemas.openxmlformats.org/drawingml/2006/picture">
                        <wp:extent cx="1152000" cy="323027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rop_34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000" cy="32302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36" w:after="0"/>
                    <w:jc w:val="center"/>
                    <w:rPr>
                      <w:sz w:val="16"/>
                      <w:szCs w:val="20"/>
                    </w:rPr>
                  </w:pPr>
                  <w:r>
                    <w:rPr>
                      <w:rFonts w:ascii="Arial" w:hAnsi="Arial"/>
                      <w:b/>
                      <w:sz w:val="13"/>
                      <w:szCs w:val="20"/>
                    </w:rPr>
                    <w:t>Signature of the Authorized Rabbi</w:t>
                  </w:r>
                </w:p>
              </w:tc>
            </w:tr>
          </w:tbl>
          <w:p>
            <w:pPr>
              <w:spacing w:before="0"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</w:r>
          </w:p>
        </w:tc>
      </w:tr>
    </w:tbl>
    <w:sectPr w:rsidR="00FC693F" w:rsidRPr="0006063C" w:rsidSect="00034616">
      <w:pgSz w:w="11906" w:h="16838"/>
      <w:pgMar w:top="340" w:right="737" w:bottom="283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