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454" w:after="0"/>
        <w:jc w:val="right"/>
        <w:pBdr>
          <w:bottom w:val="dashed" w:sz="6" w:space="1" w:color="555555"/>
        </w:pBdr>
      </w:pPr>
      <w:r>
        <w:rPr>
          <w:rFonts w:ascii="Arial" w:hAnsi="Arial" w:cs="Arial"/>
          <w:sz w:val="4"/>
          <w:szCs w:val="4"/>
          <w:rtl/>
        </w:rPr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477"/>
        <w:gridCol w:w="3477"/>
        <w:gridCol w:w="3477"/>
      </w:tblGrid>
      <w:tr>
        <w:tc>
          <w:tcPr>
            <w:tcW w:type="dxa" w:w="3477"/>
            <w:tcBorders>
              <w:top w:val="nil"/>
              <w:left w:val="nil"/>
              <w:bottom w:val="nil"/>
              <w:right w:val="nil"/>
            </w:tcBorders>
          </w:tcPr>
          <w:p>
            <w:pPr>
              <w:bidi/>
              <w:spacing w:before="120" w:after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620000" cy="36283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3628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nil"/>
              <w:left w:val="nil"/>
              <w:bottom w:val="nil"/>
              <w:right w:val="nil"/>
            </w:tcBorders>
          </w:tcPr>
          <w:p>
            <w:pPr>
              <w:bidi/>
              <w:spacing w:before="8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04000" cy="59294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blem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929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nil"/>
              <w:left w:val="nil"/>
              <w:bottom w:val="nil"/>
              <w:right w:val="nil"/>
            </w:tcBorders>
          </w:tcPr>
          <w:p>
            <w:pPr>
              <w:bidi/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96000" cy="57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k_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656000" cy="30761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00" cy="30761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20" w:after="0"/>
        <w:jc w:val="center"/>
      </w:pPr>
      <w:r>
        <w:rPr>
          <w:rFonts w:ascii="Arial" w:hAnsi="Arial" w:cs="Arial"/>
          <w:b/>
          <w:bCs/>
          <w:sz w:val="24"/>
          <w:szCs w:val="24"/>
          <w:rtl/>
        </w:rPr>
        <w:t>מדינת ישראל – משרד הדתות</w:t>
      </w:r>
    </w:p>
    <w:p>
      <w:pPr>
        <w:bidi/>
        <w:spacing w:before="0" w:after="40"/>
        <w:jc w:val="center"/>
      </w:pPr>
      <w:r>
        <w:rPr>
          <w:rFonts w:ascii="Arial" w:hAnsi="Arial" w:cs="Arial"/>
          <w:b/>
          <w:bCs/>
          <w:spacing w:val="160"/>
          <w:sz w:val="48"/>
          <w:szCs w:val="48"/>
          <w:rtl/>
        </w:rPr>
        <w:t>תעודת נשואין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477"/>
        <w:gridCol w:w="3477"/>
        <w:gridCol w:w="3477"/>
      </w:tblGrid>
      <w:tr>
        <w:trPr>
          <w:trHeight w:val="367" w:hRule="exact"/>
        </w:trPr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spacing w:val="80"/>
                <w:sz w:val="18"/>
                <w:szCs w:val="18"/>
                <w:rtl/>
              </w:rPr>
              <w:t>האשה</w:t>
            </w:r>
          </w:p>
        </w:tc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spacing w:val="80"/>
                <w:sz w:val="18"/>
                <w:szCs w:val="18"/>
                <w:rtl/>
              </w:rPr>
              <w:t>הבעל</w:t>
            </w:r>
          </w:p>
        </w:tc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  <w:rtl/>
              </w:rPr>
              <w:t>פרטים אישיים</w:t>
            </w:r>
          </w:p>
        </w:tc>
      </w:tr>
      <w:tr>
        <w:trPr>
          <w:trHeight w:val="551" w:hRule="exact"/>
        </w:trPr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10234" cy="25199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3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519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2627" cy="25199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4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519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</w:pPr>
            <w:r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הזוג</w:t>
            </w:r>
          </w:p>
          <w:p>
            <w:pPr>
              <w:bidi/>
              <w:spacing w:before="0" w:after="0"/>
              <w:jc w:val="right"/>
            </w:pPr>
            <w:r>
              <w:rPr>
                <w:rFonts w:ascii="Arial" w:hAnsi="Arial" w:cs="Arial"/>
                <w:b/>
                <w:bCs/>
                <w:sz w:val="18"/>
                <w:szCs w:val="18"/>
                <w:rtl/>
              </w:rPr>
              <w:t>שם המשפחה</w:t>
            </w:r>
          </w:p>
        </w:tc>
      </w:tr>
      <w:tr>
        <w:trPr>
          <w:trHeight w:val="520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10234" cy="235467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5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354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2627" cy="235467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6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354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</w:pPr>
            <w:r>
              <w:rPr>
                <w:rFonts w:ascii="Arial" w:hAnsi="Arial" w:cs="Arial"/>
                <w:b/>
                <w:bCs/>
                <w:sz w:val="18"/>
                <w:szCs w:val="18"/>
                <w:rtl/>
              </w:rPr>
              <w:t>השמות הפרטיים</w:t>
            </w:r>
          </w:p>
        </w:tc>
      </w:tr>
      <w:tr>
        <w:trPr>
          <w:trHeight w:val="589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  <w:rtl/>
              </w:rPr>
              <w:t>יהודיה</w:t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  <w:rtl/>
              </w:rPr>
              <w:t>יהודי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  <w:rtl/>
              </w:rPr>
              <w:t>כהן / לוי / ישראל</w:t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</w:pPr>
            <w:r>
              <w:rPr>
                <w:rFonts w:ascii="Arial" w:hAnsi="Arial" w:cs="Arial"/>
                <w:b/>
                <w:bCs/>
                <w:sz w:val="18"/>
                <w:szCs w:val="18"/>
                <w:rtl/>
              </w:rPr>
              <w:t>העדה (הדתית)</w:t>
            </w:r>
          </w:p>
          <w:p>
            <w:pPr>
              <w:bidi/>
              <w:spacing w:before="0" w:after="0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  <w:rtl/>
              </w:rPr>
              <w:t>(מחוק את המיותר)</w:t>
            </w:r>
          </w:p>
        </w:tc>
      </w:tr>
      <w:tr>
        <w:trPr>
          <w:trHeight w:val="520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10234" cy="235467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7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354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2627" cy="235467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8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354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</w:pPr>
            <w:r>
              <w:rPr>
                <w:rFonts w:ascii="Arial" w:hAnsi="Arial" w:cs="Arial"/>
                <w:b/>
                <w:bCs/>
                <w:sz w:val="18"/>
                <w:szCs w:val="18"/>
                <w:rtl/>
              </w:rPr>
              <w:t>תאריך הלידה</w:t>
            </w:r>
          </w:p>
        </w:tc>
      </w:tr>
      <w:tr>
        <w:trPr>
          <w:trHeight w:val="551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10234" cy="25199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9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519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2627" cy="251991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519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</w:pPr>
            <w:r>
              <w:rPr>
                <w:rFonts w:ascii="Arial" w:hAnsi="Arial" w:cs="Arial"/>
                <w:b/>
                <w:bCs/>
                <w:sz w:val="18"/>
                <w:szCs w:val="18"/>
                <w:rtl/>
              </w:rPr>
              <w:t>משלוח היד הנוכחי</w:t>
            </w:r>
          </w:p>
        </w:tc>
      </w:tr>
      <w:tr>
        <w:trPr>
          <w:trHeight w:val="536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10234" cy="243729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1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43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2627" cy="243729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2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43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</w:pPr>
            <w:r>
              <w:rPr>
                <w:rFonts w:ascii="Arial" w:hAnsi="Arial" w:cs="Arial"/>
                <w:b/>
                <w:bCs/>
                <w:sz w:val="18"/>
                <w:szCs w:val="18"/>
                <w:rtl/>
              </w:rPr>
              <w:t>מקום המגורים לפני הנשואין</w:t>
            </w:r>
          </w:p>
        </w:tc>
      </w:tr>
      <w:tr>
        <w:trPr>
          <w:trHeight w:val="574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10234" cy="264384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3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6438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2627" cy="26438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4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6438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</w:pPr>
            <w:r>
              <w:rPr>
                <w:rFonts w:ascii="Arial" w:hAnsi="Arial" w:cs="Arial"/>
                <w:b/>
                <w:bCs/>
                <w:sz w:val="18"/>
                <w:szCs w:val="18"/>
                <w:rtl/>
              </w:rPr>
              <w:t>מס׳ תעודת הזהות</w:t>
            </w:r>
          </w:p>
        </w:tc>
      </w:tr>
      <w:tr>
        <w:trPr>
          <w:trHeight w:val="574" w:hRule="exact"/>
        </w:trPr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10234" cy="264384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5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6438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2627" cy="264384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6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6438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</w:pPr>
            <w:r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ההורים</w:t>
            </w:r>
          </w:p>
          <w:p>
            <w:pPr>
              <w:bidi/>
              <w:spacing w:before="0" w:after="0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  <w:rtl/>
              </w:rPr>
              <w:t>שם המשפחה והשמות הפרטיים של האב</w:t>
            </w:r>
          </w:p>
        </w:tc>
      </w:tr>
      <w:tr>
        <w:trPr>
          <w:trHeight w:val="559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10234" cy="256122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7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561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2627" cy="256122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8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561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</w:pPr>
            <w:r>
              <w:rPr>
                <w:rFonts w:ascii="Arial" w:hAnsi="Arial" w:cs="Arial"/>
                <w:b/>
                <w:bCs/>
                <w:sz w:val="14"/>
                <w:szCs w:val="14"/>
                <w:rtl/>
              </w:rPr>
              <w:t>שם המשפחה והשמות הפרטיים של האם</w:t>
            </w:r>
          </w:p>
        </w:tc>
      </w:tr>
      <w:tr>
        <w:trPr>
          <w:trHeight w:val="551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10234" cy="25199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19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519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2627" cy="251991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0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519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</w:pPr>
            <w:r>
              <w:rPr>
                <w:rFonts w:ascii="Arial" w:hAnsi="Arial" w:cs="Arial"/>
                <w:b/>
                <w:bCs/>
                <w:sz w:val="16"/>
                <w:szCs w:val="16"/>
                <w:rtl/>
              </w:rPr>
              <w:t>מקום מגוריו של האב</w:t>
            </w:r>
          </w:p>
        </w:tc>
      </w:tr>
      <w:tr>
        <w:trPr>
          <w:trHeight w:val="536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10234" cy="243729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1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43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2627" cy="243729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2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43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</w:pPr>
            <w:r>
              <w:rPr>
                <w:rFonts w:ascii="Arial" w:hAnsi="Arial" w:cs="Arial"/>
                <w:b/>
                <w:bCs/>
                <w:sz w:val="16"/>
                <w:szCs w:val="16"/>
                <w:rtl/>
              </w:rPr>
              <w:t>מקום מגוריה של האם</w:t>
            </w:r>
          </w:p>
        </w:tc>
      </w:tr>
      <w:tr>
        <w:trPr>
          <w:trHeight w:val="551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10234" cy="251991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3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519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2627" cy="251991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4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519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</w:pPr>
            <w:r>
              <w:rPr>
                <w:rFonts w:ascii="Arial" w:hAnsi="Arial" w:cs="Arial"/>
                <w:b/>
                <w:bCs/>
                <w:sz w:val="16"/>
                <w:szCs w:val="16"/>
                <w:rtl/>
              </w:rPr>
              <w:t>משלוח ידו של האב</w:t>
            </w:r>
          </w:p>
        </w:tc>
      </w:tr>
      <w:tr>
        <w:trPr>
          <w:trHeight w:val="536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10234" cy="243729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5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43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2627" cy="243729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6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43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</w:pPr>
            <w:r>
              <w:rPr>
                <w:rFonts w:ascii="Arial" w:hAnsi="Arial" w:cs="Arial"/>
                <w:b/>
                <w:bCs/>
                <w:sz w:val="16"/>
                <w:szCs w:val="16"/>
                <w:rtl/>
              </w:rPr>
              <w:t>משלוח ידה של האם</w:t>
            </w:r>
          </w:p>
        </w:tc>
      </w:tr>
      <w:tr>
        <w:trPr>
          <w:trHeight w:val="597" w:hRule="exact"/>
        </w:trPr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10234" cy="276777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7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767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2627" cy="276777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8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767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18" w:space="0" w:color="000000"/>
              <w:left w:val="nil"/>
              <w:bottom w:val="nil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</w:pPr>
            <w:r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העדים</w:t>
            </w:r>
          </w:p>
          <w:p>
            <w:pPr>
              <w:bidi/>
              <w:spacing w:before="0" w:after="0"/>
              <w:jc w:val="right"/>
            </w:pPr>
            <w:r>
              <w:rPr>
                <w:rFonts w:ascii="Arial" w:hAnsi="Arial" w:cs="Arial"/>
                <w:b/>
                <w:bCs/>
                <w:sz w:val="16"/>
                <w:szCs w:val="16"/>
                <w:rtl/>
              </w:rPr>
              <w:t>שם המשפחה והשמות הפרטיים</w:t>
            </w:r>
          </w:p>
        </w:tc>
      </w:tr>
      <w:tr>
        <w:trPr>
          <w:trHeight w:val="497" w:hRule="exact"/>
        </w:trPr>
        <w:tc>
          <w:tcPr>
            <w:tcW w:type="dxa" w:w="3477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10234" cy="223074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29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34" cy="2230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2627" cy="223074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30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627" cy="2230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>
            <w:pPr>
              <w:bidi/>
              <w:spacing w:before="0" w:after="0"/>
              <w:jc w:val="right"/>
            </w:pPr>
            <w:r>
              <w:rPr>
                <w:rFonts w:ascii="Arial" w:hAnsi="Arial" w:cs="Arial"/>
                <w:b/>
                <w:bCs/>
                <w:sz w:val="18"/>
                <w:szCs w:val="18"/>
                <w:rtl/>
              </w:rPr>
              <w:t>משלוח היד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520"/>
        <w:gridCol w:w="3434"/>
        <w:gridCol w:w="3477"/>
      </w:tblGrid>
      <w:tr>
        <w:trPr>
          <w:trHeight w:val="3061" w:hRule="atLeast"/>
        </w:trPr>
        <w:tc>
          <w:tcPr>
            <w:tcW w:type="dxa" w:w="3520"/>
            <w:tcBorders>
              <w:top w:val="nil"/>
              <w:left w:val="nil"/>
              <w:bottom w:val="nil"/>
              <w:right w:val="nil"/>
            </w:tcBorders>
          </w:tcPr>
          <w:p>
            <w:pPr>
              <w:bidi/>
              <w:spacing w:before="20" w:after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097424" cy="1872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31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424" cy="18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34"/>
            <w:tcBorders>
              <w:top w:val="nil"/>
              <w:left w:val="nil"/>
              <w:bottom w:val="nil"/>
              <w:right w:val="nil"/>
            </w:tcBorders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35805" cy="194400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32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805" cy="19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7"/>
            <w:tcBorders>
              <w:top w:val="nil"/>
              <w:left w:val="nil"/>
              <w:bottom w:val="nil"/>
              <w:right w:val="nil"/>
            </w:tcBorders>
          </w:tcPr>
          <w:p>
            <w:pPr>
              <w:bidi/>
              <w:spacing w:before="20" w:after="0"/>
              <w:jc w:val="right"/>
            </w:pPr>
            <w:r>
              <w:rPr>
                <w:rFonts w:ascii="Arial" w:hAnsi="Arial" w:cs="Arial"/>
                <w:sz w:val="16"/>
                <w:szCs w:val="16"/>
                <w:rtl/>
              </w:rPr>
              <w:t>הריני מאשר בזה, כי הנשואין של הזוג הנ״ל</w:t>
            </w:r>
          </w:p>
          <w:p>
            <w:pPr>
              <w:bidi/>
              <w:spacing w:before="40" w:after="0"/>
              <w:jc w:val="right"/>
            </w:pPr>
            <w:r>
              <w:rPr>
                <w:rFonts w:ascii="Arial" w:hAnsi="Arial" w:cs="Arial"/>
                <w:sz w:val="16"/>
                <w:szCs w:val="16"/>
                <w:rtl/>
              </w:rPr>
              <w:t>נערכו ב .........ירושלם............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sz w:val="14"/>
                <w:szCs w:val="14"/>
                <w:rtl/>
              </w:rPr>
              <w:t>(מקום החופה)</w:t>
            </w:r>
          </w:p>
          <w:p>
            <w:pPr>
              <w:bidi/>
              <w:spacing w:before="40" w:after="0"/>
              <w:jc w:val="right"/>
            </w:pPr>
            <w:r>
              <w:rPr>
                <w:rFonts w:ascii="Arial" w:hAnsi="Arial" w:cs="Arial"/>
                <w:sz w:val="16"/>
                <w:szCs w:val="16"/>
                <w:rtl/>
              </w:rPr>
              <w:t>ביום ...י״ג... לחודש ...אדר... תש״יז</w:t>
            </w:r>
          </w:p>
          <w:p>
            <w:pPr>
              <w:bidi/>
              <w:spacing w:before="40" w:after="0"/>
              <w:jc w:val="right"/>
            </w:pPr>
            <w:r>
              <w:rPr>
                <w:rFonts w:ascii="Arial" w:hAnsi="Arial" w:cs="Arial"/>
                <w:sz w:val="16"/>
                <w:szCs w:val="16"/>
                <w:rtl/>
              </w:rPr>
              <w:t xml:space="preserve">1957 .. </w:t>
            </w:r>
            <w:r>
              <w:drawing>
                <wp:inline xmlns:a="http://schemas.openxmlformats.org/drawingml/2006/main" xmlns:pic="http://schemas.openxmlformats.org/drawingml/2006/picture">
                  <wp:extent cx="648000" cy="134819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_33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134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bCs/>
                <w:sz w:val="14"/>
                <w:szCs w:val="14"/>
                <w:rtl/>
              </w:rPr>
              <w:t xml:space="preserve"> ........ (תאריך לועזי)</w:t>
            </w:r>
          </w:p>
          <w:p>
            <w:pPr>
              <w:bidi/>
              <w:spacing w:before="40" w:after="0"/>
              <w:jc w:val="right"/>
            </w:pPr>
            <w:r>
              <w:rPr>
                <w:rFonts w:ascii="Arial" w:hAnsi="Arial" w:cs="Arial"/>
                <w:sz w:val="16"/>
                <w:szCs w:val="16"/>
                <w:rtl/>
              </w:rPr>
              <w:t>ונרשמו בלשכת הרבנות ב.....ירושלם.......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b/>
                <w:bCs/>
                <w:sz w:val="14"/>
                <w:szCs w:val="14"/>
                <w:rtl/>
              </w:rPr>
              <w:t>(מקום הרבנות)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Layout w:type="fixed"/>
            </w:tblPr>
            <w:tblGrid>
              <w:gridCol w:w="1630"/>
              <w:gridCol w:w="1630"/>
            </w:tblGrid>
            <w:tr>
              <w:tc>
                <w:tcPr>
                  <w:tcW w:type="dxa" w:w="1630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>
                  <w:pPr>
                    <w:bidi/>
                    <w:spacing w:before="4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23774" cy="540000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eal_2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23774" cy="54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rial" w:hAnsi="Arial" w:cs="Arial"/>
                      <w:b/>
                      <w:bCs/>
                      <w:sz w:val="14"/>
                      <w:szCs w:val="14"/>
                      <w:rtl/>
                    </w:rPr>
                    <w:t>חותמת</w:t>
                  </w:r>
                </w:p>
              </w:tc>
              <w:tc>
                <w:tcPr>
                  <w:tcW w:type="dxa" w:w="1630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>
                  <w:pPr>
                    <w:bidi/>
                    <w:spacing w:before="8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52000" cy="323027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crop_34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000" cy="32302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bidi/>
                    <w:spacing w:before="40" w:after="0"/>
                    <w:jc w:val="center"/>
                  </w:pPr>
                  <w:r>
                    <w:rPr>
                      <w:rFonts w:ascii="Arial" w:hAnsi="Arial" w:cs="Arial"/>
                      <w:b/>
                      <w:bCs/>
                      <w:sz w:val="14"/>
                      <w:szCs w:val="14"/>
                      <w:rtl/>
                    </w:rPr>
                    <w:t>חתימת הרב המורשה</w:t>
                  </w:r>
                </w:p>
              </w:tc>
            </w:tr>
          </w:tbl>
          <w:p/>
        </w:tc>
      </w:tr>
    </w:tbl>
    <w:sectPr w:rsidR="00FC693F" w:rsidRPr="0006063C" w:rsidSect="00034616">
      <w:pgSz w:w="11906" w:h="16838"/>
      <w:pgMar w:top="340" w:right="737" w:bottom="283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