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40" w:type="dxa"/>
          <w:right w:w="40" w:type="dxa"/>
        </w:tblCellMar>
      </w:tblPr>
      <w:tblGrid>
        <w:gridCol w:w="7710"/>
        <w:gridCol w:w="7710"/>
      </w:tblGrid>
      <w:tr>
        <w:tc>
          <w:tcPr>
            <w:tcW w:type="dxa" w:w="7710"/>
          </w:tcPr>
          <w:p>
            <w:pPr>
              <w:jc w:val="center"/>
            </w:pPr>
            <w:r>
              <w:rPr>
                <w:b/>
                <w:i w:val="0"/>
                <w:sz w:val="34"/>
                <w:spacing w:val="10"/>
              </w:rPr>
              <w:t>MARRIAGE CERTIFICATE</w:t>
            </w:r>
          </w:p>
          <w:p>
            <w:pPr>
              <w:jc w:val="center"/>
            </w:pPr>
            <w:r>
              <w:rPr>
                <w:b/>
                <w:i w:val="0"/>
                <w:sz w:val="24"/>
              </w:rPr>
              <w:t>MARRIAGE CERTIFICATE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40" w:type="dxa"/>
                <w:right w:w="40" w:type="dxa"/>
              </w:tblCellMar>
            </w:tblPr>
            <w:tblGrid>
              <w:gridCol w:w="1360"/>
              <w:gridCol w:w="6236"/>
            </w:tblGrid>
            <w:tr>
              <w:tc>
                <w:tcPr>
                  <w:tcW w:type="dxa" w:w="1360"/>
                  <w:vAlign w:val="bottom"/>
                </w:tcPr>
                <w:p>
                  <w:pPr/>
                  <w:r>
                    <w:rPr>
                      <w:b w:val="0"/>
                      <w:i w:val="0"/>
                      <w:sz w:val="18"/>
                    </w:rPr>
                    <w:t>Citizen</w:t>
                  </w:r>
                </w:p>
                <w:p>
                  <w:pPr/>
                  <w:r>
                    <w:rPr>
                      <w:b w:val="0"/>
                      <w:i w:val="0"/>
                      <w:sz w:val="18"/>
                    </w:rPr>
                    <w:t>Cit.</w:t>
                  </w:r>
                </w:p>
              </w:tc>
              <w:tc>
                <w:tcPr>
                  <w:tcW w:type="dxa" w:w="6236"/>
                  <w:vAlign w:val="bottom"/>
                  <w:tcBorders>
                    <w:bottom w:val="dotted" w:sz="6" w:color="000000"/>
                  </w:tcBorders>
                </w:tcPr>
                <w:p>
                  <w:pPr>
                    <w:jc w:val="center"/>
                  </w:pPr>
                  <w:r>
                    <w:rPr>
                      <w:b w:val="0"/>
                      <w:i/>
                      <w:color w:val="5A2D8C"/>
                      <w:sz w:val="24"/>
                    </w:rPr>
                    <w:t>Musabekov</w:t>
                  </w:r>
                </w:p>
              </w:tc>
            </w:tr>
          </w:tbl>
          <w:p>
            <w:pPr>
              <w:spacing w:lineRule="exact" w:line="20"/>
              <w:rPr>
                <w:sz w:val="2"/>
              </w:rPr>
            </w:pPr>
            <w:r/>
          </w:p>
          <w:p>
            <w:pPr>
              <w:jc w:val="center"/>
            </w:pPr>
            <w:r>
              <w:rPr>
                <w:b w:val="0"/>
                <w:i w:val="0"/>
                <w:sz w:val="13"/>
              </w:rPr>
              <w:t>(surname — surname,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40" w:type="dxa"/>
                <w:right w:w="40" w:type="dxa"/>
              </w:tblCellMar>
            </w:tblPr>
            <w:tblGrid>
              <w:gridCol w:w="7596"/>
            </w:tblGrid>
            <w:tr>
              <w:tc>
                <w:tcPr>
                  <w:tcW w:type="dxa" w:w="7596"/>
                  <w:tcBorders>
                    <w:bottom w:val="dotted" w:sz="6" w:color="000000"/>
                  </w:tcBorders>
                </w:tcPr>
                <w:p>
                  <w:pPr>
                    <w:jc w:val="center"/>
                  </w:pPr>
                  <w:r>
                    <w:rPr>
                      <w:b w:val="0"/>
                      <w:i/>
                      <w:color w:val="5A2D8C"/>
                      <w:sz w:val="24"/>
                    </w:rPr>
                    <w:t>Yerbolat Nigmanovich</w:t>
                  </w:r>
                </w:p>
              </w:tc>
            </w:tr>
          </w:tbl>
          <w:p>
            <w:pPr>
              <w:spacing w:lineRule="exact" w:line="20"/>
              <w:rPr>
                <w:sz w:val="2"/>
              </w:rPr>
            </w:pPr>
            <w:r/>
          </w:p>
          <w:p>
            <w:pPr>
              <w:jc w:val="center"/>
            </w:pPr>
            <w:r>
              <w:rPr>
                <w:b w:val="0"/>
                <w:i w:val="0"/>
                <w:sz w:val="13"/>
              </w:rPr>
              <w:t>name and patronymic — name and patronymic)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40" w:type="dxa"/>
                <w:right w:w="40" w:type="dxa"/>
              </w:tblCellMar>
            </w:tblPr>
            <w:tblGrid>
              <w:gridCol w:w="1360"/>
              <w:gridCol w:w="1474"/>
              <w:gridCol w:w="4762"/>
            </w:tblGrid>
            <w:tr>
              <w:tc>
                <w:tcPr>
                  <w:tcW w:type="dxa" w:w="1360"/>
                  <w:tcBorders>
                    <w:bottom w:val="dotted" w:sz="6" w:color="000000"/>
                  </w:tcBorders>
                  <w:vAlign w:val="bottom"/>
                </w:tcPr>
                <w:p>
                  <w:pPr/>
                  <w:r>
                    <w:rPr>
                      <w:b w:val="0"/>
                      <w:i/>
                      <w:color w:val="5A2D8C"/>
                      <w:sz w:val="24"/>
                    </w:rPr>
                    <w:t>1946</w:t>
                  </w:r>
                </w:p>
              </w:tc>
              <w:tc>
                <w:tcPr>
                  <w:tcW w:type="dxa" w:w="1474"/>
                </w:tcPr>
                <w:p>
                  <w:pPr/>
                  <w:r>
                    <w:rPr>
                      <w:b w:val="0"/>
                      <w:i w:val="0"/>
                      <w:sz w:val="18"/>
                    </w:rPr>
                    <w:t>year of birth</w:t>
                  </w:r>
                </w:p>
                <w:p>
                  <w:pPr/>
                  <w:r>
                    <w:rPr>
                      <w:b w:val="0"/>
                      <w:i w:val="0"/>
                      <w:sz w:val="18"/>
                    </w:rPr>
                    <w:t>year of birth</w:t>
                  </w:r>
                </w:p>
              </w:tc>
              <w:tc>
                <w:tcPr>
                  <w:tcW w:type="dxa" w:w="4762"/>
                  <w:tcBorders>
                    <w:bottom w:val="dotted" w:sz="6" w:color="000000"/>
                  </w:tcBorders>
                </w:tcPr>
                <w:p>
                  <w:pPr/>
                  <w:r/>
                </w:p>
              </w:tc>
            </w:tr>
          </w:tbl>
          <w:p>
            <w:pPr>
              <w:spacing w:lineRule="exact" w:line="20"/>
              <w:rPr>
                <w:sz w:val="2"/>
              </w:rPr>
            </w:pPr>
            <w:r/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40" w:type="dxa"/>
                <w:right w:w="40" w:type="dxa"/>
              </w:tblCellMar>
            </w:tblPr>
            <w:tblGrid>
              <w:gridCol w:w="7596"/>
            </w:tblGrid>
            <w:tr>
              <w:tc>
                <w:tcPr>
                  <w:tcW w:type="dxa" w:w="7596"/>
                  <w:tcBorders>
                    <w:bottom w:val="dotted" w:sz="6" w:color="000000"/>
                  </w:tcBorders>
                </w:tcPr>
                <w:p>
                  <w:pPr>
                    <w:jc w:val="center"/>
                  </w:pPr>
                  <w:r>
                    <w:rPr>
                      <w:b w:val="0"/>
                      <w:i/>
                      <w:color w:val="5A2D8C"/>
                      <w:sz w:val="24"/>
                    </w:rPr>
                    <w:t>Chuysky District</w:t>
                  </w:r>
                </w:p>
              </w:tc>
            </w:tr>
          </w:tbl>
          <w:p>
            <w:pPr>
              <w:spacing w:lineRule="exact" w:line="20"/>
              <w:rPr>
                <w:sz w:val="2"/>
              </w:rPr>
            </w:pPr>
            <w:r/>
          </w:p>
          <w:p>
            <w:pPr>
              <w:jc w:val="center"/>
            </w:pPr>
            <w:r>
              <w:rPr>
                <w:b w:val="0"/>
                <w:i w:val="0"/>
                <w:sz w:val="13"/>
              </w:rPr>
              <w:t>(place of birth — place of birth)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40" w:type="dxa"/>
                <w:right w:w="40" w:type="dxa"/>
              </w:tblCellMar>
            </w:tblPr>
            <w:tblGrid>
              <w:gridCol w:w="7596"/>
            </w:tblGrid>
            <w:tr>
              <w:tc>
                <w:tcPr>
                  <w:tcW w:type="dxa" w:w="7596"/>
                  <w:tcBorders>
                    <w:bottom w:val="dotted" w:sz="6" w:color="000000"/>
                  </w:tcBorders>
                </w:tcPr>
                <w:p>
                  <w:pPr>
                    <w:jc w:val="center"/>
                  </w:pPr>
                  <w:r>
                    <w:rPr>
                      <w:b w:val="0"/>
                      <w:i/>
                      <w:color w:val="5A2D8C"/>
                      <w:sz w:val="24"/>
                    </w:rPr>
                    <w:t>Dzhambul Region</w:t>
                  </w:r>
                </w:p>
              </w:tc>
            </w:tr>
          </w:tbl>
          <w:p>
            <w:pPr>
              <w:spacing w:lineRule="exact" w:line="20"/>
              <w:rPr>
                <w:sz w:val="2"/>
              </w:rPr>
            </w:pPr>
            <w:r/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40" w:type="dxa"/>
                <w:right w:w="40" w:type="dxa"/>
              </w:tblCellMar>
            </w:tblPr>
            <w:tblGrid>
              <w:gridCol w:w="1700"/>
              <w:gridCol w:w="5896"/>
            </w:tblGrid>
            <w:tr>
              <w:tc>
                <w:tcPr>
                  <w:tcW w:type="dxa" w:w="1700"/>
                  <w:vAlign w:val="bottom"/>
                </w:tcPr>
                <w:p>
                  <w:pPr/>
                  <w:r>
                    <w:rPr>
                      <w:b w:val="0"/>
                      <w:i w:val="0"/>
                      <w:sz w:val="18"/>
                    </w:rPr>
                    <w:t>ethnicity</w:t>
                  </w:r>
                </w:p>
                <w:p>
                  <w:pPr/>
                  <w:r>
                    <w:rPr>
                      <w:b w:val="0"/>
                      <w:i w:val="0"/>
                      <w:sz w:val="18"/>
                    </w:rPr>
                    <w:t>ethnicity</w:t>
                  </w:r>
                </w:p>
              </w:tc>
              <w:tc>
                <w:tcPr>
                  <w:tcW w:type="dxa" w:w="5896"/>
                  <w:vAlign w:val="bottom"/>
                  <w:tcBorders>
                    <w:bottom w:val="dotted" w:sz="6" w:color="000000"/>
                  </w:tcBorders>
                </w:tcPr>
                <w:p>
                  <w:pPr>
                    <w:jc w:val="center"/>
                  </w:pPr>
                  <w:r>
                    <w:rPr>
                      <w:b w:val="0"/>
                      <w:i/>
                      <w:color w:val="5A2D8C"/>
                      <w:sz w:val="24"/>
                    </w:rPr>
                    <w:t>Kazakh</w:t>
                  </w:r>
                </w:p>
              </w:tc>
            </w:tr>
          </w:tbl>
          <w:p>
            <w:pPr>
              <w:spacing w:lineRule="exact" w:line="20"/>
              <w:rPr>
                <w:sz w:val="2"/>
              </w:rPr>
            </w:pPr>
            <w:r/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40" w:type="dxa"/>
                <w:right w:w="40" w:type="dxa"/>
              </w:tblCellMar>
            </w:tblPr>
            <w:tblGrid>
              <w:gridCol w:w="1700"/>
              <w:gridCol w:w="5896"/>
            </w:tblGrid>
            <w:tr>
              <w:tc>
                <w:tcPr>
                  <w:tcW w:type="dxa" w:w="1700"/>
                  <w:vAlign w:val="bottom"/>
                </w:tcPr>
                <w:p>
                  <w:pPr/>
                  <w:r>
                    <w:rPr>
                      <w:b w:val="0"/>
                      <w:i w:val="0"/>
                      <w:sz w:val="18"/>
                    </w:rPr>
                    <w:t>and citizen</w:t>
                  </w:r>
                </w:p>
                <w:p>
                  <w:pPr/>
                  <w:r>
                    <w:rPr>
                      <w:b w:val="0"/>
                      <w:i w:val="0"/>
                      <w:sz w:val="18"/>
                    </w:rPr>
                    <w:t>and citizen</w:t>
                  </w:r>
                </w:p>
              </w:tc>
              <w:tc>
                <w:tcPr>
                  <w:tcW w:type="dxa" w:w="5896"/>
                  <w:vAlign w:val="bottom"/>
                  <w:tcBorders>
                    <w:bottom w:val="dotted" w:sz="6" w:color="000000"/>
                  </w:tcBorders>
                </w:tcPr>
                <w:p>
                  <w:pPr>
                    <w:jc w:val="center"/>
                  </w:pPr>
                  <w:r>
                    <w:rPr>
                      <w:b w:val="0"/>
                      <w:i/>
                      <w:color w:val="5A2D8C"/>
                      <w:sz w:val="24"/>
                    </w:rPr>
                    <w:t>Bolayeva</w:t>
                  </w:r>
                </w:p>
              </w:tc>
            </w:tr>
          </w:tbl>
          <w:p>
            <w:pPr>
              <w:spacing w:lineRule="exact" w:line="20"/>
              <w:rPr>
                <w:sz w:val="2"/>
              </w:rPr>
            </w:pPr>
            <w:r/>
          </w:p>
          <w:p>
            <w:pPr>
              <w:jc w:val="center"/>
            </w:pPr>
            <w:r>
              <w:rPr>
                <w:b w:val="0"/>
                <w:i w:val="0"/>
                <w:sz w:val="13"/>
              </w:rPr>
              <w:t>(surname — surname,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40" w:type="dxa"/>
                <w:right w:w="40" w:type="dxa"/>
              </w:tblCellMar>
            </w:tblPr>
            <w:tblGrid>
              <w:gridCol w:w="7596"/>
            </w:tblGrid>
            <w:tr>
              <w:tc>
                <w:tcPr>
                  <w:tcW w:type="dxa" w:w="7596"/>
                  <w:tcBorders>
                    <w:bottom w:val="dotted" w:sz="6" w:color="000000"/>
                  </w:tcBorders>
                </w:tcPr>
                <w:p>
                  <w:pPr>
                    <w:jc w:val="center"/>
                  </w:pPr>
                  <w:r>
                    <w:rPr>
                      <w:b w:val="0"/>
                      <w:i/>
                      <w:color w:val="5A2D8C"/>
                      <w:sz w:val="24"/>
                    </w:rPr>
                    <w:t>Zhamal Alimovna</w:t>
                  </w:r>
                </w:p>
              </w:tc>
            </w:tr>
          </w:tbl>
          <w:p>
            <w:pPr>
              <w:spacing w:lineRule="exact" w:line="20"/>
              <w:rPr>
                <w:sz w:val="2"/>
              </w:rPr>
            </w:pPr>
            <w:r/>
          </w:p>
          <w:p>
            <w:pPr>
              <w:jc w:val="center"/>
            </w:pPr>
            <w:r>
              <w:rPr>
                <w:b w:val="0"/>
                <w:i w:val="0"/>
                <w:sz w:val="13"/>
              </w:rPr>
              <w:t>name and patronymic — name and patronymic)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40" w:type="dxa"/>
                <w:right w:w="40" w:type="dxa"/>
              </w:tblCellMar>
            </w:tblPr>
            <w:tblGrid>
              <w:gridCol w:w="1360"/>
              <w:gridCol w:w="1474"/>
              <w:gridCol w:w="4762"/>
            </w:tblGrid>
            <w:tr>
              <w:tc>
                <w:tcPr>
                  <w:tcW w:type="dxa" w:w="1360"/>
                  <w:tcBorders>
                    <w:bottom w:val="dotted" w:sz="6" w:color="000000"/>
                  </w:tcBorders>
                  <w:vAlign w:val="bottom"/>
                </w:tcPr>
                <w:p>
                  <w:pPr/>
                  <w:r>
                    <w:rPr>
                      <w:b w:val="0"/>
                      <w:i/>
                      <w:color w:val="5A2D8C"/>
                      <w:sz w:val="24"/>
                    </w:rPr>
                    <w:t>1948</w:t>
                  </w:r>
                </w:p>
              </w:tc>
              <w:tc>
                <w:tcPr>
                  <w:tcW w:type="dxa" w:w="1474"/>
                </w:tcPr>
                <w:p>
                  <w:pPr/>
                  <w:r>
                    <w:rPr>
                      <w:b w:val="0"/>
                      <w:i w:val="0"/>
                      <w:sz w:val="18"/>
                    </w:rPr>
                    <w:t>year of birth</w:t>
                  </w:r>
                </w:p>
                <w:p>
                  <w:pPr/>
                  <w:r>
                    <w:rPr>
                      <w:b w:val="0"/>
                      <w:i w:val="0"/>
                      <w:sz w:val="18"/>
                    </w:rPr>
                    <w:t>year of birth</w:t>
                  </w:r>
                </w:p>
              </w:tc>
              <w:tc>
                <w:tcPr>
                  <w:tcW w:type="dxa" w:w="4762"/>
                  <w:tcBorders>
                    <w:bottom w:val="dotted" w:sz="6" w:color="000000"/>
                  </w:tcBorders>
                </w:tcPr>
                <w:p>
                  <w:pPr/>
                  <w:r/>
                </w:p>
              </w:tc>
            </w:tr>
          </w:tbl>
          <w:p>
            <w:pPr>
              <w:spacing w:lineRule="exact" w:line="20"/>
              <w:rPr>
                <w:sz w:val="2"/>
              </w:rPr>
            </w:pPr>
            <w:r/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40" w:type="dxa"/>
                <w:right w:w="40" w:type="dxa"/>
              </w:tblCellMar>
            </w:tblPr>
            <w:tblGrid>
              <w:gridCol w:w="7596"/>
            </w:tblGrid>
            <w:tr>
              <w:tc>
                <w:tcPr>
                  <w:tcW w:type="dxa" w:w="7596"/>
                  <w:tcBorders>
                    <w:bottom w:val="dotted" w:sz="6" w:color="000000"/>
                  </w:tcBorders>
                </w:tcPr>
                <w:p>
                  <w:pPr>
                    <w:jc w:val="center"/>
                  </w:pPr>
                  <w:r>
                    <w:rPr>
                      <w:b w:val="0"/>
                      <w:i/>
                      <w:color w:val="5A2D8C"/>
                      <w:sz w:val="24"/>
                    </w:rPr>
                    <w:t>Chuysky District</w:t>
                  </w:r>
                </w:p>
              </w:tc>
            </w:tr>
          </w:tbl>
          <w:p>
            <w:pPr>
              <w:spacing w:lineRule="exact" w:line="20"/>
              <w:rPr>
                <w:sz w:val="2"/>
              </w:rPr>
            </w:pPr>
            <w:r/>
          </w:p>
          <w:p>
            <w:pPr>
              <w:jc w:val="center"/>
            </w:pPr>
            <w:r>
              <w:rPr>
                <w:b w:val="0"/>
                <w:i w:val="0"/>
                <w:sz w:val="13"/>
              </w:rPr>
              <w:t>(place of birth — place of birth)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40" w:type="dxa"/>
                <w:right w:w="40" w:type="dxa"/>
              </w:tblCellMar>
            </w:tblPr>
            <w:tblGrid>
              <w:gridCol w:w="7596"/>
            </w:tblGrid>
            <w:tr>
              <w:tc>
                <w:tcPr>
                  <w:tcW w:type="dxa" w:w="7596"/>
                  <w:tcBorders>
                    <w:bottom w:val="dotted" w:sz="6" w:color="000000"/>
                  </w:tcBorders>
                </w:tcPr>
                <w:p>
                  <w:pPr>
                    <w:jc w:val="center"/>
                  </w:pPr>
                  <w:r>
                    <w:rPr>
                      <w:b w:val="0"/>
                      <w:i/>
                      <w:color w:val="5A2D8C"/>
                      <w:sz w:val="24"/>
                    </w:rPr>
                    <w:t>Dzhambul Region</w:t>
                  </w:r>
                </w:p>
              </w:tc>
            </w:tr>
          </w:tbl>
          <w:p>
            <w:pPr>
              <w:spacing w:lineRule="exact" w:line="20"/>
              <w:rPr>
                <w:sz w:val="2"/>
              </w:rPr>
            </w:pPr>
            <w:r/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40" w:type="dxa"/>
                <w:right w:w="40" w:type="dxa"/>
              </w:tblCellMar>
            </w:tblPr>
            <w:tblGrid>
              <w:gridCol w:w="1700"/>
              <w:gridCol w:w="5896"/>
            </w:tblGrid>
            <w:tr>
              <w:tc>
                <w:tcPr>
                  <w:tcW w:type="dxa" w:w="1700"/>
                  <w:vAlign w:val="bottom"/>
                </w:tcPr>
                <w:p>
                  <w:pPr/>
                  <w:r>
                    <w:rPr>
                      <w:b w:val="0"/>
                      <w:i w:val="0"/>
                      <w:sz w:val="18"/>
                    </w:rPr>
                    <w:t>ethnicity</w:t>
                  </w:r>
                </w:p>
                <w:p>
                  <w:pPr/>
                  <w:r>
                    <w:rPr>
                      <w:b w:val="0"/>
                      <w:i w:val="0"/>
                      <w:sz w:val="18"/>
                    </w:rPr>
                    <w:t>ethnicity</w:t>
                  </w:r>
                </w:p>
              </w:tc>
              <w:tc>
                <w:tcPr>
                  <w:tcW w:type="dxa" w:w="5896"/>
                  <w:vAlign w:val="bottom"/>
                  <w:tcBorders>
                    <w:bottom w:val="dotted" w:sz="6" w:color="000000"/>
                  </w:tcBorders>
                </w:tcPr>
                <w:p>
                  <w:pPr>
                    <w:jc w:val="center"/>
                  </w:pPr>
                  <w:r>
                    <w:rPr>
                      <w:b w:val="0"/>
                      <w:i/>
                      <w:color w:val="5A2D8C"/>
                      <w:sz w:val="24"/>
                    </w:rPr>
                    <w:t>Kazakh</w:t>
                  </w:r>
                </w:p>
              </w:tc>
            </w:tr>
          </w:tbl>
          <w:p>
            <w:pPr>
              <w:spacing w:lineRule="exact" w:line="20"/>
              <w:rPr>
                <w:sz w:val="2"/>
              </w:rPr>
            </w:pPr>
            <w:r/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40" w:type="dxa"/>
                <w:right w:w="40" w:type="dxa"/>
              </w:tblCellMar>
            </w:tblPr>
            <w:tblGrid>
              <w:gridCol w:w="1700"/>
              <w:gridCol w:w="5896"/>
            </w:tblGrid>
            <w:tr>
              <w:tc>
                <w:tcPr>
                  <w:tcW w:type="dxa" w:w="1700"/>
                  <w:vAlign w:val="bottom"/>
                </w:tcPr>
                <w:p>
                  <w:pPr/>
                  <w:r>
                    <w:rPr>
                      <w:b w:val="0"/>
                      <w:i w:val="0"/>
                      <w:sz w:val="18"/>
                    </w:rPr>
                    <w:t>entered into marriage</w:t>
                  </w:r>
                </w:p>
                <w:p>
                  <w:pPr/>
                  <w:r>
                    <w:rPr>
                      <w:b w:val="0"/>
                      <w:i w:val="0"/>
                      <w:sz w:val="18"/>
                    </w:rPr>
                    <w:t>entered into marriage</w:t>
                  </w:r>
                </w:p>
              </w:tc>
              <w:tc>
                <w:tcPr>
                  <w:tcW w:type="dxa" w:w="5896"/>
                  <w:vAlign w:val="bottom"/>
                  <w:tcBorders>
                    <w:bottom w:val="dotted" w:sz="6" w:color="000000"/>
                  </w:tcBorders>
                </w:tcPr>
                <w:p>
                  <w:pPr>
                    <w:jc w:val="center"/>
                  </w:pPr>
                  <w:r>
                    <w:rPr>
                      <w:b w:val="0"/>
                      <w:i/>
                      <w:color w:val="5A2D8C"/>
                      <w:sz w:val="24"/>
                    </w:rPr>
                    <w:t>16/XI-68г. (six-</w:t>
                  </w:r>
                </w:p>
              </w:tc>
            </w:tr>
          </w:tbl>
          <w:p>
            <w:pPr>
              <w:spacing w:lineRule="exact" w:line="20"/>
              <w:rPr>
                <w:sz w:val="2"/>
              </w:rPr>
            </w:pPr>
            <w:r/>
          </w:p>
          <w:p>
            <w:pPr>
              <w:jc w:val="center"/>
            </w:pPr>
            <w:r>
              <w:rPr>
                <w:b w:val="0"/>
                <w:i w:val="0"/>
                <w:sz w:val="13"/>
              </w:rPr>
              <w:t>(year, month and day — to be filled in both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40" w:type="dxa"/>
                <w:right w:w="40" w:type="dxa"/>
              </w:tblCellMar>
            </w:tblPr>
            <w:tblGrid>
              <w:gridCol w:w="7596"/>
            </w:tblGrid>
            <w:tr>
              <w:tc>
                <w:tcPr>
                  <w:tcW w:type="dxa" w:w="7596"/>
                  <w:tcBorders>
                    <w:bottom w:val="dotted" w:sz="6" w:color="000000"/>
                  </w:tcBorders>
                </w:tcPr>
                <w:p>
                  <w:pPr>
                    <w:jc w:val="center"/>
                  </w:pPr>
                  <w:r>
                    <w:rPr>
                      <w:b w:val="0"/>
                      <w:i/>
                      <w:color w:val="5A2D8C"/>
                      <w:sz w:val="24"/>
                    </w:rPr>
                    <w:t>teenth of November</w:t>
                  </w:r>
                </w:p>
              </w:tc>
            </w:tr>
          </w:tbl>
          <w:p>
            <w:pPr>
              <w:spacing w:lineRule="exact" w:line="20"/>
              <w:rPr>
                <w:sz w:val="2"/>
              </w:rPr>
            </w:pPr>
            <w:r/>
          </w:p>
          <w:p>
            <w:pPr>
              <w:jc w:val="center"/>
            </w:pPr>
            <w:r>
              <w:rPr>
                <w:b w:val="0"/>
                <w:i w:val="0"/>
                <w:sz w:val="13"/>
              </w:rPr>
              <w:t>in words and figures — year, month and day in words and figures)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40" w:type="dxa"/>
                <w:right w:w="40" w:type="dxa"/>
              </w:tblCellMar>
            </w:tblPr>
            <w:tblGrid>
              <w:gridCol w:w="7596"/>
            </w:tblGrid>
            <w:tr>
              <w:tc>
                <w:tcPr>
                  <w:tcW w:type="dxa" w:w="7596"/>
                  <w:tcBorders>
                    <w:bottom w:val="dotted" w:sz="6" w:color="000000"/>
                  </w:tcBorders>
                </w:tcPr>
                <w:p>
                  <w:pPr>
                    <w:jc w:val="center"/>
                  </w:pPr>
                  <w:r>
                    <w:rPr>
                      <w:b w:val="0"/>
                      <w:i/>
                      <w:color w:val="5A2D8C"/>
                      <w:sz w:val="24"/>
                    </w:rPr>
                    <w:t>one thousand nine hundred</w:t>
                  </w:r>
                </w:p>
              </w:tc>
            </w:tr>
          </w:tbl>
          <w:p>
            <w:pPr>
              <w:spacing w:lineRule="exact" w:line="20"/>
              <w:rPr>
                <w:sz w:val="2"/>
              </w:rPr>
            </w:pPr>
            <w:r/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40" w:type="dxa"/>
                <w:right w:w="40" w:type="dxa"/>
              </w:tblCellMar>
            </w:tblPr>
            <w:tblGrid>
              <w:gridCol w:w="7596"/>
            </w:tblGrid>
            <w:tr>
              <w:tc>
                <w:tcPr>
                  <w:tcW w:type="dxa" w:w="7596"/>
                  <w:tcBorders>
                    <w:bottom w:val="dotted" w:sz="6" w:color="000000"/>
                  </w:tcBorders>
                </w:tcPr>
                <w:p>
                  <w:pPr>
                    <w:jc w:val="center"/>
                  </w:pPr>
                  <w:r>
                    <w:rPr>
                      <w:b w:val="0"/>
                      <w:i/>
                      <w:color w:val="5A2D8C"/>
                      <w:sz w:val="24"/>
                    </w:rPr>
                    <w:t>sixty-eighth</w:t>
                  </w:r>
                </w:p>
              </w:tc>
            </w:tr>
          </w:tbl>
          <w:p>
            <w:pPr>
              <w:spacing w:lineRule="exact" w:line="20"/>
              <w:rPr>
                <w:sz w:val="2"/>
              </w:rPr>
            </w:pPr>
            <w:r/>
          </w:p>
          <w:p>
            <w:pPr>
              <w:jc w:val="center"/>
            </w:pPr>
            <w:r>
              <w:rPr>
                <w:b w:val="0"/>
                <w:i/>
                <w:color w:val="5A2D8C"/>
                <w:sz w:val="24"/>
              </w:rPr>
              <w:t>year)</w:t>
            </w:r>
          </w:p>
        </w:tc>
        <w:tc>
          <w:tcPr>
            <w:tcW w:type="dxa" w:w="7710"/>
          </w:tcPr>
          <w:p>
            <w:pPr>
              <w:jc w:val="both"/>
            </w:pPr>
            <w:r>
              <w:rPr>
                <w:b w:val="0"/>
                <w:i w:val="0"/>
                <w:sz w:val="20"/>
              </w:rPr>
              <w:t>about which in the civil status act register</w:t>
            </w:r>
          </w:p>
          <w:p>
            <w:pPr/>
            <w:r>
              <w:rPr>
                <w:b w:val="0"/>
                <w:i w:val="0"/>
                <w:sz w:val="20"/>
              </w:rPr>
              <w:t>concerning</w:t>
            </w:r>
          </w:p>
          <w:p>
            <w:pPr>
              <w:jc w:val="both"/>
            </w:pPr>
            <w:r>
              <w:rPr>
                <w:b w:val="0"/>
                <w:i w:val="0"/>
                <w:sz w:val="20"/>
              </w:rPr>
              <w:t>of which in the civil status act register</w:t>
            </w:r>
          </w:p>
          <w:p>
            <w:pPr/>
            <w:r>
              <w:rPr>
                <w:b w:val="0"/>
                <w:i w:val="0"/>
                <w:sz w:val="20"/>
              </w:rPr>
              <w:t>of marriage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40" w:type="dxa"/>
                <w:right w:w="40" w:type="dxa"/>
              </w:tblCellMar>
            </w:tblPr>
            <w:tblGrid>
              <w:gridCol w:w="907"/>
              <w:gridCol w:w="850"/>
              <w:gridCol w:w="2607"/>
              <w:gridCol w:w="1077"/>
              <w:gridCol w:w="1077"/>
              <w:gridCol w:w="1077"/>
            </w:tblGrid>
            <w:tr>
              <w:tc>
                <w:tcPr>
                  <w:tcW w:type="dxa" w:w="907"/>
                  <w:vAlign w:val="bottom"/>
                </w:tcPr>
                <w:p>
                  <w:pPr/>
                  <w:r>
                    <w:rPr>
                      <w:b w:val="0"/>
                      <w:i w:val="0"/>
                      <w:sz w:val="20"/>
                    </w:rPr>
                    <w:t>19</w:t>
                  </w:r>
                  <w:r>
                    <w:rPr>
                      <w:b w:val="0"/>
                      <w:i/>
                      <w:color w:val="5A2D8C"/>
                      <w:sz w:val="24"/>
                    </w:rPr>
                    <w:t>68</w:t>
                  </w:r>
                </w:p>
              </w:tc>
              <w:tc>
                <w:tcPr>
                  <w:tcW w:type="dxa" w:w="850"/>
                </w:tcPr>
                <w:p>
                  <w:pPr/>
                  <w:r>
                    <w:rPr>
                      <w:b w:val="0"/>
                      <w:i w:val="0"/>
                      <w:sz w:val="18"/>
                    </w:rPr>
                    <w:t>year</w:t>
                  </w:r>
                </w:p>
                <w:p>
                  <w:pPr/>
                  <w:r>
                    <w:rPr>
                      <w:b w:val="0"/>
                      <w:i w:val="0"/>
                      <w:sz w:val="18"/>
                    </w:rPr>
                    <w:t>year</w:t>
                  </w:r>
                </w:p>
              </w:tc>
              <w:tc>
                <w:tcPr>
                  <w:tcW w:type="dxa" w:w="2607"/>
                  <w:tcBorders>
                    <w:bottom w:val="dotted" w:sz="6" w:color="000000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b w:val="0"/>
                      <w:i/>
                      <w:color w:val="5A2D8C"/>
                      <w:sz w:val="24"/>
                    </w:rPr>
                    <w:t>November</w:t>
                  </w:r>
                </w:p>
              </w:tc>
              <w:tc>
                <w:tcPr>
                  <w:tcW w:type="dxa" w:w="1077"/>
                </w:tcPr>
                <w:p>
                  <w:pPr>
                    <w:jc w:val="center"/>
                  </w:pPr>
                  <w:r>
                    <w:rPr>
                      <w:b w:val="0"/>
                      <w:i w:val="0"/>
                      <w:sz w:val="18"/>
                    </w:rPr>
                    <w:t>month</w:t>
                  </w:r>
                </w:p>
                <w:p>
                  <w:pPr>
                    <w:jc w:val="center"/>
                  </w:pPr>
                  <w:r>
                    <w:rPr>
                      <w:b w:val="0"/>
                      <w:i w:val="0"/>
                      <w:sz w:val="18"/>
                    </w:rPr>
                    <w:t>month</w:t>
                  </w:r>
                </w:p>
              </w:tc>
              <w:tc>
                <w:tcPr>
                  <w:tcW w:type="dxa" w:w="1077"/>
                  <w:tcBorders>
                    <w:bottom w:val="dotted" w:sz="6" w:color="000000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b w:val="0"/>
                      <w:i/>
                      <w:color w:val="5A2D8C"/>
                      <w:sz w:val="24"/>
                    </w:rPr>
                    <w:t>16</w:t>
                  </w:r>
                </w:p>
              </w:tc>
              <w:tc>
                <w:tcPr>
                  <w:tcW w:type="dxa" w:w="1077"/>
                </w:tcPr>
                <w:p>
                  <w:pPr>
                    <w:jc w:val="right"/>
                  </w:pPr>
                  <w:r>
                    <w:rPr>
                      <w:b w:val="0"/>
                      <w:i w:val="0"/>
                      <w:sz w:val="18"/>
                    </w:rPr>
                    <w:t>day</w:t>
                  </w:r>
                </w:p>
                <w:p>
                  <w:pPr>
                    <w:jc w:val="right"/>
                  </w:pPr>
                  <w:r>
                    <w:rPr>
                      <w:b w:val="0"/>
                      <w:i w:val="0"/>
                      <w:sz w:val="18"/>
                    </w:rPr>
                    <w:t>day</w:t>
                  </w:r>
                </w:p>
              </w:tc>
            </w:tr>
          </w:tbl>
          <w:p>
            <w:pPr>
              <w:spacing w:lineRule="exact" w:line="20"/>
              <w:rPr>
                <w:sz w:val="2"/>
              </w:rPr>
            </w:pPr>
            <w:r/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40" w:type="dxa"/>
                <w:right w:w="40" w:type="dxa"/>
              </w:tblCellMar>
            </w:tblPr>
            <w:tblGrid>
              <w:gridCol w:w="4875"/>
              <w:gridCol w:w="453"/>
              <w:gridCol w:w="2267"/>
            </w:tblGrid>
            <w:tr>
              <w:tc>
                <w:tcPr>
                  <w:tcW w:type="dxa" w:w="4875"/>
                </w:tcPr>
                <w:p>
                  <w:pPr/>
                  <w:r>
                    <w:rPr>
                      <w:b w:val="0"/>
                      <w:i w:val="0"/>
                      <w:sz w:val="20"/>
                    </w:rPr>
                    <w:t>the corresponding entry was made in the registration book</w:t>
                  </w:r>
                </w:p>
                <w:p>
                  <w:pPr/>
                  <w:r>
                    <w:rPr>
                      <w:b w:val="0"/>
                      <w:i w:val="0"/>
                      <w:sz w:val="20"/>
                    </w:rPr>
                    <w:t>the corresponding entry was made under</w:t>
                  </w:r>
                </w:p>
              </w:tc>
              <w:tc>
                <w:tcPr>
                  <w:tcW w:type="dxa" w:w="453"/>
                  <w:vAlign w:val="bottom"/>
                </w:tcPr>
                <w:p>
                  <w:pPr/>
                  <w:r>
                    <w:rPr>
                      <w:b w:val="0"/>
                      <w:i w:val="0"/>
                      <w:sz w:val="20"/>
                    </w:rPr>
                    <w:t>No.</w:t>
                  </w:r>
                </w:p>
              </w:tc>
              <w:tc>
                <w:tcPr>
                  <w:tcW w:type="dxa" w:w="2267"/>
                  <w:tcBorders>
                    <w:bottom w:val="dotted" w:sz="6" w:color="000000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b w:val="0"/>
                      <w:i/>
                      <w:color w:val="5A2D8C"/>
                      <w:sz w:val="24"/>
                    </w:rPr>
                    <w:t>1404</w:t>
                  </w:r>
                </w:p>
              </w:tc>
            </w:tr>
          </w:tbl>
          <w:p>
            <w:pPr>
              <w:spacing w:lineRule="exact" w:line="20"/>
              <w:rPr>
                <w:sz w:val="2"/>
              </w:rPr>
            </w:pPr>
            <w:r/>
          </w:p>
          <w:p>
            <w:pPr/>
            <w:r>
              <w:rPr>
                <w:b w:val="0"/>
                <w:i w:val="0"/>
                <w:sz w:val="20"/>
              </w:rPr>
              <w:t>Surnames assigned after marriage registration:</w:t>
            </w:r>
          </w:p>
          <w:p>
            <w:pPr/>
            <w:r>
              <w:rPr>
                <w:b w:val="0"/>
                <w:i w:val="0"/>
                <w:sz w:val="20"/>
              </w:rPr>
              <w:t>Upon registration of marriage, the following surnames were assigned: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40" w:type="dxa"/>
                <w:right w:w="40" w:type="dxa"/>
              </w:tblCellMar>
            </w:tblPr>
            <w:tblGrid>
              <w:gridCol w:w="1474"/>
              <w:gridCol w:w="6122"/>
            </w:tblGrid>
            <w:tr>
              <w:tc>
                <w:tcPr>
                  <w:tcW w:type="dxa" w:w="1474"/>
                  <w:vAlign w:val="bottom"/>
                </w:tcPr>
                <w:p>
                  <w:pPr/>
                  <w:r>
                    <w:rPr>
                      <w:b w:val="0"/>
                      <w:i w:val="0"/>
                      <w:sz w:val="18"/>
                    </w:rPr>
                    <w:t>to the husband</w:t>
                  </w:r>
                </w:p>
                <w:p>
                  <w:pPr/>
                  <w:r>
                    <w:rPr>
                      <w:b w:val="0"/>
                      <w:i w:val="0"/>
                      <w:sz w:val="18"/>
                    </w:rPr>
                    <w:t>to the husband</w:t>
                  </w:r>
                </w:p>
              </w:tc>
              <w:tc>
                <w:tcPr>
                  <w:tcW w:type="dxa" w:w="6122"/>
                  <w:vAlign w:val="bottom"/>
                  <w:tcBorders>
                    <w:bottom w:val="dotted" w:sz="6" w:color="000000"/>
                  </w:tcBorders>
                </w:tcPr>
                <w:p>
                  <w:pPr>
                    <w:jc w:val="center"/>
                  </w:pPr>
                  <w:r>
                    <w:rPr>
                      <w:b w:val="0"/>
                      <w:i/>
                      <w:color w:val="5A2D8C"/>
                      <w:sz w:val="24"/>
                    </w:rPr>
                    <w:t>Musabekov</w:t>
                  </w:r>
                </w:p>
              </w:tc>
            </w:tr>
          </w:tbl>
          <w:p>
            <w:pPr>
              <w:spacing w:lineRule="exact" w:line="20"/>
              <w:rPr>
                <w:sz w:val="2"/>
              </w:rPr>
            </w:pPr>
            <w:r/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40" w:type="dxa"/>
                <w:right w:w="40" w:type="dxa"/>
              </w:tblCellMar>
            </w:tblPr>
            <w:tblGrid>
              <w:gridCol w:w="1474"/>
              <w:gridCol w:w="6122"/>
            </w:tblGrid>
            <w:tr>
              <w:tc>
                <w:tcPr>
                  <w:tcW w:type="dxa" w:w="1474"/>
                  <w:vAlign w:val="bottom"/>
                </w:tcPr>
                <w:p>
                  <w:pPr/>
                  <w:r>
                    <w:rPr>
                      <w:b w:val="0"/>
                      <w:i w:val="0"/>
                      <w:sz w:val="18"/>
                    </w:rPr>
                    <w:t>to the wife</w:t>
                  </w:r>
                </w:p>
                <w:p>
                  <w:pPr/>
                  <w:r>
                    <w:rPr>
                      <w:b w:val="0"/>
                      <w:i w:val="0"/>
                      <w:sz w:val="18"/>
                    </w:rPr>
                    <w:t>to the wife</w:t>
                  </w:r>
                </w:p>
              </w:tc>
              <w:tc>
                <w:tcPr>
                  <w:tcW w:type="dxa" w:w="6122"/>
                  <w:vAlign w:val="bottom"/>
                  <w:tcBorders>
                    <w:bottom w:val="dotted" w:sz="6" w:color="000000"/>
                  </w:tcBorders>
                </w:tcPr>
                <w:p>
                  <w:pPr>
                    <w:jc w:val="center"/>
                  </w:pPr>
                  <w:r>
                    <w:rPr>
                      <w:b w:val="0"/>
                      <w:i/>
                      <w:color w:val="5A2D8C"/>
                      <w:sz w:val="24"/>
                    </w:rPr>
                    <w:t>Musabekova</w:t>
                  </w:r>
                </w:p>
              </w:tc>
            </w:tr>
          </w:tbl>
          <w:p>
            <w:pPr>
              <w:spacing w:lineRule="exact" w:line="20"/>
              <w:rPr>
                <w:sz w:val="2"/>
              </w:rPr>
            </w:pPr>
            <w:r/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40" w:type="dxa"/>
                <w:right w:w="40" w:type="dxa"/>
              </w:tblCellMar>
            </w:tblPr>
            <w:tblGrid>
              <w:gridCol w:w="2040"/>
              <w:gridCol w:w="5555"/>
            </w:tblGrid>
            <w:tr>
              <w:tc>
                <w:tcPr>
                  <w:tcW w:type="dxa" w:w="2040"/>
                  <w:vAlign w:val="bottom"/>
                </w:tcPr>
                <w:p>
                  <w:pPr/>
                  <w:r>
                    <w:rPr>
                      <w:b w:val="0"/>
                      <w:i w:val="0"/>
                      <w:sz w:val="18"/>
                    </w:rPr>
                    <w:t>Place of registration</w:t>
                  </w:r>
                </w:p>
                <w:p>
                  <w:pPr/>
                  <w:r>
                    <w:rPr>
                      <w:b w:val="0"/>
                      <w:i w:val="0"/>
                      <w:sz w:val="18"/>
                    </w:rPr>
                    <w:t>Place of registration.</w:t>
                  </w:r>
                </w:p>
              </w:tc>
              <w:tc>
                <w:tcPr>
                  <w:tcW w:type="dxa" w:w="5555"/>
                  <w:vAlign w:val="bottom"/>
                  <w:tcBorders>
                    <w:bottom w:val="dotted" w:sz="6" w:color="000000"/>
                  </w:tcBorders>
                </w:tcPr>
                <w:p>
                  <w:pPr>
                    <w:jc w:val="center"/>
                  </w:pPr>
                  <w:r>
                    <w:rPr>
                      <w:b w:val="0"/>
                      <w:i/>
                      <w:color w:val="5A2D8C"/>
                      <w:sz w:val="24"/>
                    </w:rPr>
                    <w:t>Alma-Ata</w:t>
                  </w:r>
                </w:p>
              </w:tc>
            </w:tr>
          </w:tbl>
          <w:p>
            <w:pPr>
              <w:spacing w:lineRule="exact" w:line="20"/>
              <w:rPr>
                <w:sz w:val="2"/>
              </w:rPr>
            </w:pPr>
            <w:r/>
          </w:p>
          <w:p>
            <w:pPr>
              <w:jc w:val="center"/>
            </w:pPr>
            <w:r>
              <w:rPr>
                <w:b w:val="0"/>
                <w:i w:val="0"/>
                <w:sz w:val="13"/>
              </w:rPr>
              <w:t>(name and location of the ZAGS bureau —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40" w:type="dxa"/>
                <w:right w:w="40" w:type="dxa"/>
              </w:tblCellMar>
            </w:tblPr>
            <w:tblGrid>
              <w:gridCol w:w="7596"/>
            </w:tblGrid>
            <w:tr>
              <w:tc>
                <w:tcPr>
                  <w:tcW w:type="dxa" w:w="7596"/>
                  <w:tcBorders>
                    <w:bottom w:val="dotted" w:sz="6" w:color="000000"/>
                  </w:tcBorders>
                </w:tcPr>
                <w:p>
                  <w:pPr>
                    <w:jc w:val="center"/>
                  </w:pPr>
                  <w:r>
                    <w:rPr>
                      <w:b w:val="0"/>
                      <w:i/>
                      <w:color w:val="5A2D8C"/>
                      <w:sz w:val="24"/>
                    </w:rPr>
                    <w:t>Frunzensky</w:t>
                  </w:r>
                </w:p>
              </w:tc>
            </w:tr>
          </w:tbl>
          <w:p>
            <w:pPr>
              <w:spacing w:lineRule="exact" w:line="20"/>
              <w:rPr>
                <w:sz w:val="2"/>
              </w:rPr>
            </w:pPr>
            <w:r/>
          </w:p>
          <w:p>
            <w:pPr>
              <w:jc w:val="center"/>
            </w:pPr>
            <w:r>
              <w:rPr>
                <w:b w:val="0"/>
                <w:i w:val="0"/>
                <w:sz w:val="13"/>
              </w:rPr>
              <w:t>name and location of the ZAGS bureau)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40" w:type="dxa"/>
                <w:right w:w="40" w:type="dxa"/>
              </w:tblCellMar>
            </w:tblPr>
            <w:tblGrid>
              <w:gridCol w:w="7596"/>
            </w:tblGrid>
            <w:tr>
              <w:tc>
                <w:tcPr>
                  <w:tcW w:type="dxa" w:w="7596"/>
                  <w:tcBorders>
                    <w:bottom w:val="dotted" w:sz="6" w:color="000000"/>
                  </w:tcBorders>
                </w:tcPr>
                <w:p>
                  <w:pPr>
                    <w:jc w:val="center"/>
                  </w:pPr>
                  <w:r>
                    <w:rPr>
                      <w:b w:val="0"/>
                      <w:i/>
                      <w:color w:val="5A2D8C"/>
                      <w:sz w:val="24"/>
                    </w:rPr>
                    <w:t>District Civil Registry Office</w:t>
                  </w:r>
                </w:p>
              </w:tc>
            </w:tr>
          </w:tbl>
          <w:p>
            <w:pPr>
              <w:spacing w:lineRule="exact" w:line="20"/>
              <w:rPr>
                <w:sz w:val="2"/>
              </w:rPr>
            </w:pPr>
            <w:r/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40" w:type="dxa"/>
                <w:right w:w="40" w:type="dxa"/>
              </w:tblCellMar>
            </w:tblPr>
            <w:tblGrid>
              <w:gridCol w:w="2040"/>
              <w:gridCol w:w="170"/>
              <w:gridCol w:w="1247"/>
              <w:gridCol w:w="2834"/>
              <w:gridCol w:w="907"/>
              <w:gridCol w:w="396"/>
            </w:tblGrid>
            <w:tr>
              <w:tc>
                <w:tcPr>
                  <w:tcW w:type="dxa" w:w="2040"/>
                </w:tcPr>
                <w:p>
                  <w:pPr/>
                  <w:r>
                    <w:rPr>
                      <w:b w:val="0"/>
                      <w:i w:val="0"/>
                      <w:sz w:val="20"/>
                    </w:rPr>
                    <w:t>Date of issue</w:t>
                  </w:r>
                </w:p>
                <w:p>
                  <w:pPr/>
                  <w:r>
                    <w:rPr>
                      <w:b w:val="0"/>
                      <w:i w:val="0"/>
                      <w:sz w:val="20"/>
                    </w:rPr>
                    <w:t>Date of issue</w:t>
                  </w:r>
                </w:p>
              </w:tc>
              <w:tc>
                <w:tcPr>
                  <w:tcW w:type="dxa" w:w="170"/>
                  <w:vAlign w:val="bottom"/>
                </w:tcPr>
                <w:p>
                  <w:pPr/>
                  <w:r>
                    <w:rPr>
                      <w:b w:val="0"/>
                      <w:i w:val="0"/>
                      <w:sz w:val="20"/>
                    </w:rPr>
                    <w:t>"</w:t>
                  </w:r>
                </w:p>
              </w:tc>
              <w:tc>
                <w:tcPr>
                  <w:tcW w:type="dxa" w:w="1247"/>
                  <w:tcBorders>
                    <w:bottom w:val="dotted" w:sz="6" w:color="000000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b w:val="0"/>
                      <w:i/>
                      <w:color w:val="5A2D8C"/>
                      <w:sz w:val="24"/>
                    </w:rPr>
                    <w:t>16</w:t>
                  </w:r>
                </w:p>
              </w:tc>
              <w:tc>
                <w:tcPr>
                  <w:tcW w:type="dxa" w:w="2834"/>
                  <w:tcBorders>
                    <w:bottom w:val="dotted" w:sz="6" w:color="000000"/>
                  </w:tcBorders>
                  <w:vAlign w:val="bottom"/>
                </w:tcPr>
                <w:p>
                  <w:pPr>
                    <w:jc w:val="center"/>
                  </w:pPr>
                  <w:r>
                    <w:rPr>
                      <w:b w:val="0"/>
                      <w:i/>
                      <w:color w:val="5A2D8C"/>
                      <w:sz w:val="24"/>
                    </w:rPr>
                    <w:t>“ November</w:t>
                  </w:r>
                </w:p>
              </w:tc>
              <w:tc>
                <w:tcPr>
                  <w:tcW w:type="dxa" w:w="907"/>
                  <w:tcBorders>
                    <w:bottom w:val="dotted" w:sz="6" w:color="000000"/>
                  </w:tcBorders>
                  <w:vAlign w:val="bottom"/>
                </w:tcPr>
                <w:p>
                  <w:pPr>
                    <w:jc w:val="right"/>
                  </w:pPr>
                  <w:r>
                    <w:rPr>
                      <w:b w:val="0"/>
                      <w:i w:val="0"/>
                      <w:sz w:val="20"/>
                    </w:rPr>
                    <w:t>19</w:t>
                  </w:r>
                  <w:r>
                    <w:rPr>
                      <w:b w:val="0"/>
                      <w:i/>
                      <w:color w:val="5A2D8C"/>
                      <w:sz w:val="24"/>
                    </w:rPr>
                    <w:t>68</w:t>
                  </w:r>
                </w:p>
              </w:tc>
              <w:tc>
                <w:tcPr>
                  <w:tcW w:type="dxa" w:w="396"/>
                </w:tcPr>
                <w:p>
                  <w:pPr/>
                  <w:r>
                    <w:rPr>
                      <w:b w:val="0"/>
                      <w:i w:val="0"/>
                      <w:sz w:val="20"/>
                    </w:rPr>
                    <w:t>y.</w:t>
                  </w:r>
                </w:p>
                <w:p>
                  <w:pPr/>
                  <w:r>
                    <w:rPr>
                      <w:b w:val="0"/>
                      <w:i w:val="0"/>
                      <w:sz w:val="20"/>
                    </w:rPr>
                    <w:t>y.</w:t>
                  </w:r>
                </w:p>
              </w:tc>
            </w:tr>
          </w:tbl>
          <w:p>
            <w:pPr>
              <w:spacing w:lineRule="exact" w:line="20"/>
              <w:rPr>
                <w:sz w:val="2"/>
              </w:rPr>
            </w:pPr>
            <w:r/>
          </w:p>
          <w:p>
            <w:pPr/>
            <w:r/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40" w:type="dxa"/>
                <w:right w:w="40" w:type="dxa"/>
              </w:tblCellMar>
            </w:tblPr>
            <w:tblGrid>
              <w:gridCol w:w="453"/>
              <w:gridCol w:w="2834"/>
              <w:gridCol w:w="4308"/>
            </w:tblGrid>
            <w:tr>
              <w:tc>
                <w:tcPr>
                  <w:tcW w:type="dxa" w:w="453"/>
                  <w:vAlign w:val="bottom"/>
                </w:tcPr>
                <w:p>
                  <w:pPr/>
                  <w:r>
                    <w:rPr>
                      <w:b w:val="0"/>
                      <w:i w:val="0"/>
                      <w:sz w:val="16"/>
                    </w:rPr>
                    <w:t>31</w:t>
                  </w:r>
                </w:p>
              </w:tc>
              <w:tc>
                <w:tcPr>
                  <w:tcW w:type="dxa" w:w="2834"/>
                </w:tcPr>
                <w:p>
                  <w:pPr/>
                  <w:r>
                    <w:rPr>
                      <w:b w:val="0"/>
                      <w:i w:val="0"/>
                      <w:sz w:val="14"/>
                    </w:rPr>
                    <w:t>L. S.</w:t>
                  </w:r>
                </w:p>
                <w:p>
                  <w:pPr/>
                  <w:r>
                    <w:rPr>
                      <w:b w:val="0"/>
                      <w:i w:val="0"/>
                      <w:sz w:val="14"/>
                    </w:rPr>
                    <w:t>L. S.</w:t>
                  </w:r>
                </w:p>
                <w:p>
                  <w:pPr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55999" cy="1655999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stamp.pn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55999" cy="165599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4308"/>
                </w:tcPr>
                <w:p>
                  <w:pPr>
                    <w:jc w:val="center"/>
                  </w:pPr>
                  <w:r>
                    <w:rPr>
                      <w:b w:val="0"/>
                      <w:i w:val="0"/>
                      <w:sz w:val="30"/>
                    </w:rPr>
                    <w:t>IV-КА    №  026588</w:t>
                  </w:r>
                </w:p>
                <w:p>
                  <w:pPr>
                    <w:jc w:val="right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68000" cy="829091"/>
                        <wp:docPr id="2" name="Picture 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signature.png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8000" cy="829091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/>
                  <w:r>
                    <w:rPr>
                      <w:b w:val="0"/>
                      <w:i/>
                      <w:sz w:val="17"/>
                    </w:rPr>
                    <w:t>Civil status act registration</w:t>
                  </w:r>
                </w:p>
                <w:p>
                  <w:pPr/>
                  <w:r>
                    <w:rPr>
                      <w:b w:val="0"/>
                      <w:i/>
                      <w:sz w:val="17"/>
                    </w:rPr>
                    <w:t>bureau head</w:t>
                  </w:r>
                </w:p>
                <w:p>
                  <w:pPr/>
                  <w:r>
                    <w:rPr>
                      <w:b w:val="0"/>
                      <w:i/>
                      <w:sz w:val="17"/>
                    </w:rPr>
                    <w:t>Head of the registration bureau</w:t>
                  </w:r>
                </w:p>
                <w:p>
                  <w:pPr/>
                  <w:r>
                    <w:rPr>
                      <w:b w:val="0"/>
                      <w:i/>
                      <w:sz w:val="17"/>
                    </w:rPr>
                    <w:t>of civil status acts</w:t>
                  </w:r>
                </w:p>
              </w:tc>
            </w:tr>
          </w:tbl>
          <w:p>
            <w:pPr>
              <w:spacing w:lineRule="exact" w:line="20"/>
              <w:rPr>
                <w:sz w:val="2"/>
              </w:rPr>
            </w:pPr>
            <w:r/>
          </w:p>
        </w:tc>
      </w:tr>
    </w:tbl>
    <w:sectPr w:rsidR="00FC693F" w:rsidRPr="0006063C" w:rsidSect="00034616">
      <w:pgSz w:w="16838" w:h="11906" w:orient="landscape"/>
      <w:pgMar w:top="510" w:right="680" w:bottom="51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Times New Roman" w:hAnsi="Times New Roman" w:eastAsia="Times New Roma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