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40" w:type="dxa"/>
          <w:right w:w="40" w:type="dxa"/>
        </w:tblCellMar>
      </w:tblPr>
      <w:tblGrid>
        <w:gridCol w:w="7710"/>
        <w:gridCol w:w="7710"/>
      </w:tblGrid>
      <w:tr>
        <w:tc>
          <w:tcPr>
            <w:tcW w:type="dxa" w:w="7710"/>
          </w:tcPr>
          <w:p>
            <w:pPr>
              <w:jc w:val="center"/>
            </w:pPr>
            <w:r>
              <w:rPr>
                <w:b/>
                <w:i w:val="0"/>
                <w:sz w:val="34"/>
                <w:spacing w:val="10"/>
              </w:rPr>
              <w:t>НЕКЕ ТУРАЛЫ КУӘЛІК</w:t>
            </w:r>
          </w:p>
          <w:p>
            <w:pPr>
              <w:jc w:val="center"/>
            </w:pPr>
            <w:r>
              <w:rPr>
                <w:b/>
                <w:i w:val="0"/>
                <w:sz w:val="24"/>
              </w:rPr>
              <w:t>СВИДЕТЕЛЬСТВО О БРАКЕ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360"/>
              <w:gridCol w:w="6236"/>
            </w:tblGrid>
            <w:tr>
              <w:tc>
                <w:tcPr>
                  <w:tcW w:type="dxa" w:w="1360"/>
                  <w:vAlign w:val="bottom"/>
                </w:tcPr>
                <w:p>
                  <w:r>
                    <w:rPr>
                      <w:b w:val="0"/>
                      <w:i w:val="0"/>
                      <w:sz w:val="18"/>
                    </w:rPr>
                    <w:t>Азамат</w:t>
                  </w:r>
                </w:p>
                <w:p>
                  <w:r>
                    <w:rPr>
                      <w:b w:val="0"/>
                      <w:i w:val="0"/>
                      <w:sz w:val="18"/>
                    </w:rPr>
                    <w:t>Гр.</w:t>
                  </w:r>
                </w:p>
              </w:tc>
              <w:tc>
                <w:tcPr>
                  <w:tcW w:type="dxa" w:w="6236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Мусабеков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(фамилиясы — фамилия,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Ерболат Нигманович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аты және әкесінің аты — имя и отчество)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360"/>
              <w:gridCol w:w="1474"/>
              <w:gridCol w:w="4762"/>
            </w:tblGrid>
            <w:tr>
              <w:tc>
                <w:tcPr>
                  <w:tcW w:type="dxa" w:w="1360"/>
                  <w:tcBorders>
                    <w:bottom w:val="dotted" w:sz="6" w:color="000000"/>
                  </w:tcBorders>
                  <w:vAlign w:val="bottom"/>
                </w:tcPr>
                <w:p>
                  <w:r>
                    <w:rPr>
                      <w:b w:val="0"/>
                      <w:i/>
                      <w:color w:val="5A2D8C"/>
                      <w:sz w:val="24"/>
                    </w:rPr>
                    <w:t>1946</w:t>
                  </w:r>
                </w:p>
              </w:tc>
              <w:tc>
                <w:tcPr>
                  <w:tcW w:type="dxa" w:w="1474"/>
                </w:tcPr>
                <w:p>
                  <w:r>
                    <w:rPr>
                      <w:b w:val="0"/>
                      <w:i w:val="0"/>
                      <w:sz w:val="18"/>
                    </w:rPr>
                    <w:t>туған жылы</w:t>
                  </w:r>
                </w:p>
                <w:p>
                  <w:r>
                    <w:rPr>
                      <w:b w:val="0"/>
                      <w:i w:val="0"/>
                      <w:sz w:val="18"/>
                    </w:rPr>
                    <w:t>года рождения</w:t>
                  </w:r>
                </w:p>
              </w:tc>
              <w:tc>
                <w:tcPr>
                  <w:tcW w:type="dxa" w:w="4762"/>
                  <w:tcBorders>
                    <w:bottom w:val="dotted" w:sz="6" w:color="000000"/>
                  </w:tcBorders>
                </w:tcPr>
                <w:p/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Чуйский р-н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(туған жері — место рождения)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Джамбульск. обл.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700"/>
              <w:gridCol w:w="5896"/>
            </w:tblGrid>
            <w:tr>
              <w:tc>
                <w:tcPr>
                  <w:tcW w:type="dxa" w:w="1700"/>
                  <w:vAlign w:val="bottom"/>
                </w:tcPr>
                <w:p>
                  <w:r>
                    <w:rPr>
                      <w:b w:val="0"/>
                      <w:i w:val="0"/>
                      <w:sz w:val="18"/>
                    </w:rPr>
                    <w:t>ұлты</w:t>
                  </w:r>
                </w:p>
                <w:p>
                  <w:r>
                    <w:rPr>
                      <w:b w:val="0"/>
                      <w:i w:val="0"/>
                      <w:sz w:val="18"/>
                    </w:rPr>
                    <w:t>национальность</w:t>
                  </w:r>
                </w:p>
              </w:tc>
              <w:tc>
                <w:tcPr>
                  <w:tcW w:type="dxa" w:w="5896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казах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700"/>
              <w:gridCol w:w="5896"/>
            </w:tblGrid>
            <w:tr>
              <w:tc>
                <w:tcPr>
                  <w:tcW w:type="dxa" w:w="1700"/>
                  <w:vAlign w:val="bottom"/>
                </w:tcPr>
                <w:p>
                  <w:r>
                    <w:rPr>
                      <w:b w:val="0"/>
                      <w:i w:val="0"/>
                      <w:sz w:val="18"/>
                    </w:rPr>
                    <w:t>және азамат</w:t>
                  </w:r>
                </w:p>
                <w:p>
                  <w:r>
                    <w:rPr>
                      <w:b w:val="0"/>
                      <w:i w:val="0"/>
                      <w:sz w:val="18"/>
                    </w:rPr>
                    <w:t>и гражданка</w:t>
                  </w:r>
                </w:p>
              </w:tc>
              <w:tc>
                <w:tcPr>
                  <w:tcW w:type="dxa" w:w="5896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Болаева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(фамилиясы — фамилия,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Жамал Алимовна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аты және әкесінің аты — имя и отчество)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360"/>
              <w:gridCol w:w="1474"/>
              <w:gridCol w:w="4762"/>
            </w:tblGrid>
            <w:tr>
              <w:tc>
                <w:tcPr>
                  <w:tcW w:type="dxa" w:w="1360"/>
                  <w:tcBorders>
                    <w:bottom w:val="dotted" w:sz="6" w:color="000000"/>
                  </w:tcBorders>
                  <w:vAlign w:val="bottom"/>
                </w:tcPr>
                <w:p>
                  <w:r>
                    <w:rPr>
                      <w:b w:val="0"/>
                      <w:i/>
                      <w:color w:val="5A2D8C"/>
                      <w:sz w:val="24"/>
                    </w:rPr>
                    <w:t>1948</w:t>
                  </w:r>
                </w:p>
              </w:tc>
              <w:tc>
                <w:tcPr>
                  <w:tcW w:type="dxa" w:w="1474"/>
                </w:tcPr>
                <w:p>
                  <w:r>
                    <w:rPr>
                      <w:b w:val="0"/>
                      <w:i w:val="0"/>
                      <w:sz w:val="18"/>
                    </w:rPr>
                    <w:t>туған жылы</w:t>
                  </w:r>
                </w:p>
                <w:p>
                  <w:r>
                    <w:rPr>
                      <w:b w:val="0"/>
                      <w:i w:val="0"/>
                      <w:sz w:val="18"/>
                    </w:rPr>
                    <w:t>года рождения</w:t>
                  </w:r>
                </w:p>
              </w:tc>
              <w:tc>
                <w:tcPr>
                  <w:tcW w:type="dxa" w:w="4762"/>
                  <w:tcBorders>
                    <w:bottom w:val="dotted" w:sz="6" w:color="000000"/>
                  </w:tcBorders>
                </w:tcPr>
                <w:p/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Чуйский р-н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(туған жері — место рождения)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Джамбульской обл.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700"/>
              <w:gridCol w:w="5896"/>
            </w:tblGrid>
            <w:tr>
              <w:tc>
                <w:tcPr>
                  <w:tcW w:type="dxa" w:w="1700"/>
                  <w:vAlign w:val="bottom"/>
                </w:tcPr>
                <w:p>
                  <w:r>
                    <w:rPr>
                      <w:b w:val="0"/>
                      <w:i w:val="0"/>
                      <w:sz w:val="18"/>
                    </w:rPr>
                    <w:t>ұлты</w:t>
                  </w:r>
                </w:p>
                <w:p>
                  <w:r>
                    <w:rPr>
                      <w:b w:val="0"/>
                      <w:i w:val="0"/>
                      <w:sz w:val="18"/>
                    </w:rPr>
                    <w:t>национальность</w:t>
                  </w:r>
                </w:p>
              </w:tc>
              <w:tc>
                <w:tcPr>
                  <w:tcW w:type="dxa" w:w="5896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казашка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700"/>
              <w:gridCol w:w="5896"/>
            </w:tblGrid>
            <w:tr>
              <w:tc>
                <w:tcPr>
                  <w:tcW w:type="dxa" w:w="1700"/>
                  <w:vAlign w:val="bottom"/>
                </w:tcPr>
                <w:p>
                  <w:r>
                    <w:rPr>
                      <w:b w:val="0"/>
                      <w:i w:val="0"/>
                      <w:sz w:val="18"/>
                    </w:rPr>
                    <w:t>некеленісті</w:t>
                  </w:r>
                </w:p>
                <w:p>
                  <w:r>
                    <w:rPr>
                      <w:b w:val="0"/>
                      <w:i w:val="0"/>
                      <w:sz w:val="18"/>
                    </w:rPr>
                    <w:t>вступили в брак</w:t>
                  </w:r>
                </w:p>
              </w:tc>
              <w:tc>
                <w:tcPr>
                  <w:tcW w:type="dxa" w:w="5896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16/XI-68г. (шест-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(жылы, айы және күні — жазумен де, цифрмен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надцатого Ноября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де толтырылады — прописью и цифрами год, месяц и число)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тысяча девятьсот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шестьдесят восьмого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p>
            <w:pPr>
              <w:jc w:val="center"/>
            </w:pPr>
            <w:r>
              <w:rPr>
                <w:b w:val="0"/>
                <w:i/>
                <w:color w:val="5A2D8C"/>
                <w:sz w:val="24"/>
              </w:rPr>
              <w:t>года)</w:t>
            </w:r>
          </w:p>
        </w:tc>
        <w:tc>
          <w:tcPr>
            <w:tcW w:type="dxa" w:w="7710"/>
          </w:tcPr>
          <w:p>
            <w:pPr>
              <w:jc w:val="both"/>
            </w:pPr>
            <w:r>
              <w:rPr>
                <w:b w:val="0"/>
                <w:i w:val="0"/>
                <w:sz w:val="20"/>
              </w:rPr>
              <w:t>неке жөнінде азаматтық хал акті кітабына жазылуы</w:t>
            </w:r>
          </w:p>
          <w:p>
            <w:r>
              <w:rPr>
                <w:b w:val="0"/>
                <w:i w:val="0"/>
                <w:sz w:val="20"/>
              </w:rPr>
              <w:t>туралы</w:t>
            </w:r>
          </w:p>
          <w:p>
            <w:pPr>
              <w:jc w:val="both"/>
            </w:pPr>
            <w:r>
              <w:rPr>
                <w:b w:val="0"/>
                <w:i w:val="0"/>
                <w:sz w:val="20"/>
              </w:rPr>
              <w:t>о чем в книге записей актов гражданского состояния</w:t>
            </w:r>
          </w:p>
          <w:p>
            <w:r>
              <w:rPr>
                <w:b w:val="0"/>
                <w:i w:val="0"/>
                <w:sz w:val="20"/>
              </w:rPr>
              <w:t>о браке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907"/>
              <w:gridCol w:w="850"/>
              <w:gridCol w:w="2607"/>
              <w:gridCol w:w="1077"/>
              <w:gridCol w:w="1077"/>
              <w:gridCol w:w="1077"/>
            </w:tblGrid>
            <w:tr>
              <w:tc>
                <w:tcPr>
                  <w:tcW w:type="dxa" w:w="907"/>
                  <w:vAlign w:val="bottom"/>
                </w:tcPr>
                <w:p>
                  <w:r>
                    <w:rPr>
                      <w:b w:val="0"/>
                      <w:i w:val="0"/>
                      <w:sz w:val="20"/>
                    </w:rPr>
                    <w:t>19</w:t>
                  </w:r>
                  <w:r>
                    <w:rPr>
                      <w:i/>
                      <w:color w:val="5A2D8C"/>
                      <w:sz w:val="24"/>
                    </w:rPr>
                    <w:t>68</w:t>
                  </w:r>
                </w:p>
              </w:tc>
              <w:tc>
                <w:tcPr>
                  <w:tcW w:type="dxa" w:w="850"/>
                </w:tcPr>
                <w:p>
                  <w:r>
                    <w:rPr>
                      <w:b w:val="0"/>
                      <w:i w:val="0"/>
                      <w:sz w:val="18"/>
                    </w:rPr>
                    <w:t>жылы</w:t>
                  </w:r>
                </w:p>
                <w:p>
                  <w:r>
                    <w:rPr>
                      <w:b w:val="0"/>
                      <w:i w:val="0"/>
                      <w:sz w:val="18"/>
                    </w:rPr>
                    <w:t>года</w:t>
                  </w:r>
                </w:p>
              </w:tc>
              <w:tc>
                <w:tcPr>
                  <w:tcW w:type="dxa" w:w="2607"/>
                  <w:tcBorders>
                    <w:bottom w:val="dotted" w:sz="6" w:color="000000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Ноября</w:t>
                  </w:r>
                </w:p>
              </w:tc>
              <w:tc>
                <w:tcPr>
                  <w:tcW w:type="dxa" w:w="1077"/>
                </w:tcPr>
                <w:p>
                  <w:pPr>
                    <w:jc w:val="center"/>
                  </w:pPr>
                  <w:r>
                    <w:rPr>
                      <w:b w:val="0"/>
                      <w:i w:val="0"/>
                      <w:sz w:val="18"/>
                    </w:rPr>
                    <w:t>айы</w:t>
                  </w:r>
                </w:p>
                <w:p>
                  <w:pPr>
                    <w:jc w:val="center"/>
                  </w:pPr>
                  <w:r>
                    <w:rPr>
                      <w:b w:val="0"/>
                      <w:i w:val="0"/>
                      <w:sz w:val="18"/>
                    </w:rPr>
                    <w:t>месяца</w:t>
                  </w:r>
                </w:p>
              </w:tc>
              <w:tc>
                <w:tcPr>
                  <w:tcW w:type="dxa" w:w="1077"/>
                  <w:tcBorders>
                    <w:bottom w:val="dotted" w:sz="6" w:color="000000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16</w:t>
                  </w:r>
                </w:p>
              </w:tc>
              <w:tc>
                <w:tcPr>
                  <w:tcW w:type="dxa" w:w="1077"/>
                </w:tcPr>
                <w:p>
                  <w:pPr>
                    <w:jc w:val="right"/>
                  </w:pPr>
                  <w:r>
                    <w:rPr>
                      <w:b w:val="0"/>
                      <w:i w:val="0"/>
                      <w:sz w:val="18"/>
                    </w:rPr>
                    <w:t>күні</w:t>
                  </w:r>
                </w:p>
                <w:p>
                  <w:pPr>
                    <w:jc w:val="right"/>
                  </w:pPr>
                  <w:r>
                    <w:rPr>
                      <w:b w:val="0"/>
                      <w:i w:val="0"/>
                      <w:sz w:val="18"/>
                    </w:rPr>
                    <w:t>числа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4875"/>
              <w:gridCol w:w="453"/>
              <w:gridCol w:w="2267"/>
            </w:tblGrid>
            <w:tr>
              <w:tc>
                <w:tcPr>
                  <w:tcW w:type="dxa" w:w="4875"/>
                </w:tcPr>
                <w:p>
                  <w:r>
                    <w:rPr>
                      <w:b w:val="0"/>
                      <w:i w:val="0"/>
                      <w:sz w:val="20"/>
                    </w:rPr>
                    <w:t>тіркеу кітабына тиісті жазу тіркелген</w:t>
                  </w:r>
                </w:p>
                <w:p>
                  <w:r>
                    <w:rPr>
                      <w:b w:val="0"/>
                      <w:i w:val="0"/>
                      <w:sz w:val="20"/>
                    </w:rPr>
                    <w:t>произведена соответствующая запись за</w:t>
                  </w:r>
                </w:p>
              </w:tc>
              <w:tc>
                <w:tcPr>
                  <w:tcW w:type="dxa" w:w="453"/>
                  <w:vAlign w:val="bottom"/>
                </w:tcPr>
                <w:p>
                  <w:r>
                    <w:rPr>
                      <w:b w:val="0"/>
                      <w:i w:val="0"/>
                      <w:sz w:val="20"/>
                    </w:rPr>
                    <w:t>№</w:t>
                  </w:r>
                </w:p>
              </w:tc>
              <w:tc>
                <w:tcPr>
                  <w:tcW w:type="dxa" w:w="2267"/>
                  <w:tcBorders>
                    <w:bottom w:val="dotted" w:sz="6" w:color="000000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1404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p>
            <w:r>
              <w:rPr>
                <w:b w:val="0"/>
                <w:i w:val="0"/>
                <w:sz w:val="20"/>
              </w:rPr>
              <w:t>Некеленуге тіркелгеннен кейінгі фамилиясы:</w:t>
            </w:r>
          </w:p>
          <w:p>
            <w:r>
              <w:rPr>
                <w:b w:val="0"/>
                <w:i w:val="0"/>
                <w:sz w:val="20"/>
              </w:rPr>
              <w:t>После регистрации брака присвоены фамилии: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474"/>
              <w:gridCol w:w="6122"/>
            </w:tblGrid>
            <w:tr>
              <w:tc>
                <w:tcPr>
                  <w:tcW w:type="dxa" w:w="1474"/>
                  <w:vAlign w:val="bottom"/>
                </w:tcPr>
                <w:p>
                  <w:r>
                    <w:rPr>
                      <w:b w:val="0"/>
                      <w:i w:val="0"/>
                      <w:sz w:val="18"/>
                    </w:rPr>
                    <w:t>күйеуінің</w:t>
                  </w:r>
                </w:p>
                <w:p>
                  <w:r>
                    <w:rPr>
                      <w:b w:val="0"/>
                      <w:i w:val="0"/>
                      <w:sz w:val="18"/>
                    </w:rPr>
                    <w:t>мужу</w:t>
                  </w:r>
                </w:p>
              </w:tc>
              <w:tc>
                <w:tcPr>
                  <w:tcW w:type="dxa" w:w="6122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Мусабеков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474"/>
              <w:gridCol w:w="6122"/>
            </w:tblGrid>
            <w:tr>
              <w:tc>
                <w:tcPr>
                  <w:tcW w:type="dxa" w:w="1474"/>
                  <w:vAlign w:val="bottom"/>
                </w:tcPr>
                <w:p>
                  <w:r>
                    <w:rPr>
                      <w:b w:val="0"/>
                      <w:i w:val="0"/>
                      <w:sz w:val="18"/>
                    </w:rPr>
                    <w:t>әйелінің</w:t>
                  </w:r>
                </w:p>
                <w:p>
                  <w:r>
                    <w:rPr>
                      <w:b w:val="0"/>
                      <w:i w:val="0"/>
                      <w:sz w:val="18"/>
                    </w:rPr>
                    <w:t>жене</w:t>
                  </w:r>
                </w:p>
              </w:tc>
              <w:tc>
                <w:tcPr>
                  <w:tcW w:type="dxa" w:w="6122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Мусабекова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2040"/>
              <w:gridCol w:w="5555"/>
            </w:tblGrid>
            <w:tr>
              <w:tc>
                <w:tcPr>
                  <w:tcW w:type="dxa" w:w="2040"/>
                  <w:vAlign w:val="bottom"/>
                </w:tcPr>
                <w:p>
                  <w:r>
                    <w:rPr>
                      <w:b w:val="0"/>
                      <w:i w:val="0"/>
                      <w:sz w:val="18"/>
                    </w:rPr>
                    <w:t>Тіркелген орны</w:t>
                  </w:r>
                </w:p>
                <w:p>
                  <w:r>
                    <w:rPr>
                      <w:b w:val="0"/>
                      <w:i w:val="0"/>
                      <w:sz w:val="18"/>
                    </w:rPr>
                    <w:t>Место регистрации.</w:t>
                  </w:r>
                </w:p>
              </w:tc>
              <w:tc>
                <w:tcPr>
                  <w:tcW w:type="dxa" w:w="5555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Алма-Ата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(ЗАГС бюросының аты мен тұрған жері —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Фрунзенский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наименование и местонахождение бюро ЗАГС)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Рай ЗАГС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2039"/>
              <w:gridCol w:w="171"/>
              <w:gridCol w:w="1247"/>
              <w:gridCol w:w="2834"/>
              <w:gridCol w:w="907"/>
              <w:gridCol w:w="396"/>
            </w:tblGrid>
            <w:tr>
              <w:tc>
                <w:tcPr>
                  <w:tcW w:type="dxa" w:w="2039"/>
                </w:tcPr>
                <w:p>
                  <w:r>
                    <w:rPr>
                      <w:b w:val="0"/>
                      <w:i w:val="0"/>
                      <w:sz w:val="20"/>
                    </w:rPr>
                    <w:t>Берілген уақыты</w:t>
                  </w:r>
                </w:p>
                <w:p>
                  <w:r>
                    <w:rPr>
                      <w:b w:val="0"/>
                      <w:i w:val="0"/>
                      <w:sz w:val="20"/>
                    </w:rPr>
                    <w:t>Дата выдачи</w:t>
                  </w:r>
                </w:p>
              </w:tc>
              <w:tc>
                <w:tcPr>
                  <w:tcW w:type="dxa" w:w="171"/>
                  <w:vAlign w:val="bottom"/>
                </w:tcPr>
                <w:p>
                  <w:r>
                    <w:rPr>
                      <w:b w:val="0"/>
                      <w:i w:val="0"/>
                      <w:sz w:val="20"/>
                    </w:rPr>
                    <w:t>„</w:t>
                  </w:r>
                </w:p>
              </w:tc>
              <w:tc>
                <w:tcPr>
                  <w:tcW w:type="dxa" w:w="1247"/>
                  <w:tcBorders>
                    <w:bottom w:val="dotted" w:sz="6" w:color="000000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16</w:t>
                  </w:r>
                </w:p>
              </w:tc>
              <w:tc>
                <w:tcPr>
                  <w:tcW w:type="dxa" w:w="2834"/>
                  <w:tcBorders>
                    <w:bottom w:val="dotted" w:sz="6" w:color="000000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“ Ноября</w:t>
                  </w:r>
                </w:p>
              </w:tc>
              <w:tc>
                <w:tcPr>
                  <w:tcW w:type="dxa" w:w="907"/>
                  <w:tcBorders>
                    <w:bottom w:val="dotted" w:sz="6" w:color="000000"/>
                  </w:tcBorders>
                  <w:vAlign w:val="bottom"/>
                </w:tcPr>
                <w:p>
                  <w:pPr>
                    <w:jc w:val="right"/>
                  </w:pPr>
                  <w:r>
                    <w:rPr>
                      <w:b w:val="0"/>
                      <w:i w:val="0"/>
                      <w:sz w:val="20"/>
                    </w:rPr>
                    <w:t>19</w:t>
                  </w:r>
                  <w:r>
                    <w:rPr>
                      <w:i/>
                      <w:color w:val="5A2D8C"/>
                      <w:sz w:val="24"/>
                    </w:rPr>
                    <w:t>68</w:t>
                  </w:r>
                </w:p>
              </w:tc>
              <w:tc>
                <w:tcPr>
                  <w:tcW w:type="dxa" w:w="396"/>
                </w:tcPr>
                <w:p>
                  <w:r>
                    <w:rPr>
                      <w:b w:val="0"/>
                      <w:i w:val="0"/>
                      <w:sz w:val="20"/>
                    </w:rPr>
                    <w:t>ж.</w:t>
                  </w:r>
                </w:p>
                <w:p>
                  <w:r>
                    <w:rPr>
                      <w:b w:val="0"/>
                      <w:i w:val="0"/>
                      <w:sz w:val="20"/>
                    </w:rPr>
                    <w:t>г.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453"/>
              <w:gridCol w:w="2834"/>
              <w:gridCol w:w="4308"/>
            </w:tblGrid>
            <w:tr>
              <w:tc>
                <w:tcPr>
                  <w:tcW w:type="dxa" w:w="453"/>
                  <w:vAlign w:val="bottom"/>
                </w:tcPr>
                <w:p>
                  <w:r>
                    <w:rPr>
                      <w:b w:val="0"/>
                      <w:i w:val="0"/>
                      <w:sz w:val="16"/>
                    </w:rPr>
                    <w:t>31</w:t>
                  </w:r>
                </w:p>
              </w:tc>
              <w:tc>
                <w:tcPr>
                  <w:tcW w:type="dxa" w:w="2834"/>
                </w:tcPr>
                <w:p>
                  <w:r>
                    <w:rPr>
                      <w:b w:val="0"/>
                      <w:i w:val="0"/>
                      <w:sz w:val="14"/>
                    </w:rPr>
                    <w:t>М. О.</w:t>
                  </w:r>
                </w:p>
                <w:p>
                  <w:r>
                    <w:rPr>
                      <w:b w:val="0"/>
                      <w:i w:val="0"/>
                      <w:sz w:val="14"/>
                    </w:rPr>
                    <w:t>М. П.</w:t>
                  </w:r>
                </w:p>
                <w:p>
                  <w:pPr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55999" cy="1655999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tamp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5999" cy="165599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4308"/>
                </w:tcPr>
                <w:p>
                  <w:pPr>
                    <w:jc w:val="center"/>
                  </w:pPr>
                  <w:r>
                    <w:rPr>
                      <w:b w:val="0"/>
                      <w:i w:val="0"/>
                      <w:sz w:val="30"/>
                    </w:rPr>
                    <w:t>IV-КА    №  026588</w:t>
                  </w:r>
                </w:p>
                <w:p>
                  <w:pPr>
                    <w:jc w:val="right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68000" cy="829091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ignature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000" cy="82909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r>
                    <w:rPr>
                      <w:b w:val="0"/>
                      <w:i/>
                      <w:sz w:val="17"/>
                    </w:rPr>
                    <w:t>Азаматтық хал актісін жазу</w:t>
                  </w:r>
                </w:p>
                <w:p>
                  <w:r>
                    <w:rPr>
                      <w:b w:val="0"/>
                      <w:i/>
                      <w:sz w:val="17"/>
                    </w:rPr>
                    <w:t>бюросының меңгерушісі</w:t>
                  </w:r>
                </w:p>
                <w:p>
                  <w:r>
                    <w:rPr>
                      <w:b w:val="0"/>
                      <w:i/>
                      <w:sz w:val="17"/>
                    </w:rPr>
                    <w:t>Заведующий бюро записей</w:t>
                  </w:r>
                </w:p>
                <w:p>
                  <w:r>
                    <w:rPr>
                      <w:b w:val="0"/>
                      <w:i/>
                      <w:sz w:val="17"/>
                    </w:rPr>
                    <w:t>актов гражданского состояния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</w:p>
        </w:tc>
      </w:tr>
    </w:tbl>
    <w:sectPr w:rsidR="00FC693F" w:rsidRPr="0006063C" w:rsidSect="00034616">
      <w:pgSz w:w="16838" w:h="11906" w:orient="landscape"/>
      <w:pgMar w:top="510" w:right="680" w:bottom="51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