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57800" cy="78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mble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7800" cy="78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337" w:lineRule="exact"/>
        <w:jc w:val="left"/>
      </w:pPr>
      <w:r>
        <w:rPr>
          <w:b w:val="0"/>
          <w:color w:val="5A3448"/>
          <w:sz w:val="4"/>
        </w:rPr>
      </w:r>
    </w:p>
    <w:p>
      <w:pPr>
        <w:spacing w:before="0" w:after="0" w:line="463" w:lineRule="exact"/>
        <w:jc w:val="center"/>
      </w:pPr>
      <w:r>
        <w:rPr>
          <w:b w:val="0"/>
          <w:sz w:val="48"/>
          <w:color w:val="5A3448"/>
          <w:spacing w:val="30"/>
        </w:rPr>
        <w:t>CERTIFICATE</w:t>
      </w:r>
    </w:p>
    <w:p>
      <w:pPr>
        <w:spacing w:before="0" w:after="0" w:line="463" w:lineRule="exact"/>
        <w:jc w:val="center"/>
      </w:pPr>
      <w:r>
        <w:rPr>
          <w:b w:val="0"/>
          <w:sz w:val="48"/>
          <w:color w:val="5A3448"/>
          <w:spacing w:val="30"/>
        </w:rPr>
        <w:t>OF MARRIAGE</w:t>
      </w:r>
    </w:p>
    <w:p>
      <w:pPr>
        <w:spacing w:before="0" w:after="0" w:line="438" w:lineRule="exact"/>
        <w:jc w:val="left"/>
      </w:pPr>
      <w:r>
        <w:rPr>
          <w:b w:val="0"/>
          <w:color w:val="5A3448"/>
          <w:sz w:val="4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surname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first name, patronymic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citizenship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ethnicity (entered if indicated in the marriage certificate record)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3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64"/>
        <w:gridCol w:w="617"/>
        <w:gridCol w:w="164"/>
        <w:gridCol w:w="3789"/>
        <w:gridCol w:w="164"/>
        <w:gridCol w:w="988"/>
        <w:gridCol w:w="457"/>
        <w:gridCol w:w="3290"/>
      </w:tblGrid>
      <w:tr>
        <w:trPr>
          <w:trHeight w:val="263" w:hRule="atLeast"/>
        </w:trPr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"</w:t>
            </w:r>
          </w:p>
        </w:tc>
        <w:tc>
          <w:tcPr>
            <w:tcW w:type="dxa" w:w="61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"</w:t>
            </w:r>
          </w:p>
        </w:tc>
        <w:tc>
          <w:tcPr>
            <w:tcW w:type="dxa" w:w="378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988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457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year</w:t>
            </w:r>
          </w:p>
        </w:tc>
        <w:tc>
          <w:tcPr>
            <w:tcW w:type="dxa" w:w="3290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47"/>
        <w:gridCol w:w="3789"/>
        <w:gridCol w:w="4901"/>
      </w:tblGrid>
      <w:tr>
        <w:trPr>
          <w:trHeight w:val="127" w:hRule="atLeast"/>
        </w:trPr>
        <w:tc>
          <w:tcPr>
            <w:tcW w:type="dxa" w:w="9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  <w:tc>
          <w:tcPr>
            <w:tcW w:type="dxa" w:w="378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date of birth</w:t>
            </w:r>
          </w:p>
        </w:tc>
        <w:tc>
          <w:tcPr>
            <w:tcW w:type="dxa" w:w="490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place of birth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383"/>
        <w:gridCol w:w="9255"/>
      </w:tblGrid>
      <w:tr>
        <w:trPr>
          <w:trHeight w:val="263" w:hRule="atLeast"/>
        </w:trPr>
        <w:tc>
          <w:tcPr>
            <w:tcW w:type="dxa" w:w="383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and</w:t>
            </w:r>
          </w:p>
        </w:tc>
        <w:tc>
          <w:tcPr>
            <w:tcW w:type="dxa" w:w="9255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surname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first name, patronymic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citizenship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ethnicity (entered if indicated in the marriage certificate record)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3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64"/>
        <w:gridCol w:w="617"/>
        <w:gridCol w:w="164"/>
        <w:gridCol w:w="3789"/>
        <w:gridCol w:w="164"/>
        <w:gridCol w:w="988"/>
        <w:gridCol w:w="457"/>
        <w:gridCol w:w="3290"/>
      </w:tblGrid>
      <w:tr>
        <w:trPr>
          <w:trHeight w:val="263" w:hRule="atLeast"/>
        </w:trPr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"</w:t>
            </w:r>
          </w:p>
        </w:tc>
        <w:tc>
          <w:tcPr>
            <w:tcW w:type="dxa" w:w="61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"</w:t>
            </w:r>
          </w:p>
        </w:tc>
        <w:tc>
          <w:tcPr>
            <w:tcW w:type="dxa" w:w="378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988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457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year</w:t>
            </w:r>
          </w:p>
        </w:tc>
        <w:tc>
          <w:tcPr>
            <w:tcW w:type="dxa" w:w="3290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47"/>
        <w:gridCol w:w="3789"/>
        <w:gridCol w:w="4901"/>
      </w:tblGrid>
      <w:tr>
        <w:trPr>
          <w:trHeight w:val="127" w:hRule="atLeast"/>
        </w:trPr>
        <w:tc>
          <w:tcPr>
            <w:tcW w:type="dxa" w:w="9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  <w:tc>
          <w:tcPr>
            <w:tcW w:type="dxa" w:w="378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date of birth</w:t>
            </w:r>
          </w:p>
        </w:tc>
        <w:tc>
          <w:tcPr>
            <w:tcW w:type="dxa" w:w="490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place of birth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125"/>
        <w:gridCol w:w="7513"/>
      </w:tblGrid>
      <w:tr>
        <w:trPr>
          <w:trHeight w:val="263" w:hRule="atLeast"/>
        </w:trPr>
        <w:tc>
          <w:tcPr>
            <w:tcW w:type="dxa" w:w="2125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contracted marriage</w:t>
            </w:r>
          </w:p>
        </w:tc>
        <w:tc>
          <w:tcPr>
            <w:tcW w:type="dxa" w:w="7513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day, month, year (in figures and in words)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0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91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6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869"/>
        <w:gridCol w:w="2137"/>
        <w:gridCol w:w="560"/>
        <w:gridCol w:w="2941"/>
        <w:gridCol w:w="823"/>
        <w:gridCol w:w="1647"/>
        <w:gridCol w:w="659"/>
      </w:tblGrid>
      <w:tr>
        <w:trPr>
          <w:trHeight w:val="343" w:hRule="atLeast"/>
        </w:trPr>
        <w:tc>
          <w:tcPr>
            <w:tcW w:type="dxa" w:w="86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whereof</w:t>
            </w:r>
          </w:p>
        </w:tc>
        <w:tc>
          <w:tcPr>
            <w:tcW w:type="dxa" w:w="213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560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year</w:t>
            </w:r>
          </w:p>
        </w:tc>
        <w:tc>
          <w:tcPr>
            <w:tcW w:type="dxa" w:w="294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823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month</w:t>
            </w:r>
          </w:p>
        </w:tc>
        <w:tc>
          <w:tcPr>
            <w:tcW w:type="dxa" w:w="164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659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26"/>
              </w:rPr>
              <w:t>day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5684"/>
        <w:gridCol w:w="2059"/>
        <w:gridCol w:w="1894"/>
      </w:tblGrid>
      <w:tr>
        <w:trPr>
          <w:trHeight w:val="391" w:hRule="atLeast"/>
        </w:trPr>
        <w:tc>
          <w:tcPr>
            <w:tcW w:type="dxa" w:w="568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the marriage certificate record was compiled No.</w:t>
            </w:r>
          </w:p>
        </w:tc>
        <w:tc>
          <w:tcPr>
            <w:tcW w:type="dxa" w:w="205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89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91" w:hRule="atLeast"/>
        </w:trPr>
        <w:tc>
          <w:tcPr>
            <w:tcW w:type="dxa" w:w="963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After the marriage, the following surnames were assigned: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884"/>
        <w:gridCol w:w="8754"/>
      </w:tblGrid>
      <w:tr>
        <w:trPr>
          <w:trHeight w:val="391" w:hRule="atLeast"/>
        </w:trPr>
        <w:tc>
          <w:tcPr>
            <w:tcW w:type="dxa" w:w="88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husband</w:t>
            </w:r>
          </w:p>
        </w:tc>
        <w:tc>
          <w:tcPr>
            <w:tcW w:type="dxa" w:w="8754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617"/>
        <w:gridCol w:w="9021"/>
      </w:tblGrid>
      <w:tr>
        <w:trPr>
          <w:trHeight w:val="391" w:hRule="atLeast"/>
        </w:trPr>
        <w:tc>
          <w:tcPr>
            <w:tcW w:type="dxa" w:w="617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wife</w:t>
            </w:r>
          </w:p>
        </w:tc>
        <w:tc>
          <w:tcPr>
            <w:tcW w:type="dxa" w:w="902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4201"/>
        <w:gridCol w:w="5437"/>
      </w:tblGrid>
      <w:tr>
        <w:trPr>
          <w:trHeight w:val="375" w:hRule="atLeast"/>
        </w:trPr>
        <w:tc>
          <w:tcPr>
            <w:tcW w:type="dxa" w:w="4201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Place of state registration</w:t>
            </w:r>
          </w:p>
        </w:tc>
        <w:tc>
          <w:tcPr>
            <w:tcW w:type="dxa" w:w="543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75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name of the civil registry office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1730"/>
        <w:gridCol w:w="519"/>
        <w:gridCol w:w="181"/>
        <w:gridCol w:w="4691"/>
        <w:gridCol w:w="457"/>
      </w:tblGrid>
      <w:tr>
        <w:trPr>
          <w:trHeight w:val="559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730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Date of issue "</w:t>
            </w:r>
          </w:p>
        </w:tc>
        <w:tc>
          <w:tcPr>
            <w:tcW w:type="dxa" w:w="51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81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"</w:t>
            </w:r>
          </w:p>
        </w:tc>
        <w:tc>
          <w:tcPr>
            <w:tcW w:type="dxa" w:w="469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457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26"/>
              </w:rPr>
              <w:t>year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359"/>
        <w:gridCol w:w="8279"/>
      </w:tblGrid>
      <w:tr>
        <w:trPr>
          <w:trHeight w:val="447" w:hRule="atLeast"/>
        </w:trPr>
        <w:tc>
          <w:tcPr>
            <w:tcW w:type="dxa" w:w="13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6"/>
              </w:rPr>
            </w:r>
          </w:p>
        </w:tc>
        <w:tc>
          <w:tcPr>
            <w:tcW w:type="dxa" w:w="827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6"/>
              </w:rPr>
              <w:t>L.S.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7579"/>
      </w:tblGrid>
      <w:tr>
        <w:trPr>
          <w:trHeight w:val="279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  <w:tc>
          <w:tcPr>
            <w:tcW w:type="dxa" w:w="757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  <w:t>Head of the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4613"/>
        <w:gridCol w:w="2965"/>
      </w:tblGrid>
      <w:tr>
        <w:trPr>
          <w:trHeight w:val="207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  <w:tc>
          <w:tcPr>
            <w:tcW w:type="dxa" w:w="4613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  <w:t>civil registry office</w:t>
            </w:r>
          </w:p>
        </w:tc>
        <w:tc>
          <w:tcPr>
            <w:tcW w:type="dxa" w:w="2965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799" w:hRule="atLeast"/>
        </w:trPr>
        <w:tc>
          <w:tcPr>
            <w:tcW w:type="dxa" w:w="9639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14"/>
              </w:rPr>
              <w:t>MTG. 1998.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sectPr w:rsidR="00FC693F" w:rsidRPr="0006063C" w:rsidSect="00034616">
      <w:pgSz w:w="11906" w:h="16838"/>
      <w:pgMar w:top="170" w:right="1077" w:bottom="340" w:left="1191" w:header="720" w:footer="720" w:gutter="0"/>
      <w:pgBorders w:offsetFrom="page">
        <w:top w:val="double" w:sz="18" w:space="14" w:color="D8607F"/>
        <w:left w:val="double" w:sz="18" w:space="14" w:color="D8607F"/>
        <w:bottom w:val="double" w:sz="18" w:space="14" w:color="D8607F"/>
        <w:right w:val="double" w:sz="18" w:space="14" w:color="D8607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