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57800" cy="783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mble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7800" cy="78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337" w:lineRule="exact"/>
        <w:jc w:val="left"/>
      </w:pPr>
      <w:r>
        <w:rPr>
          <w:b w:val="0"/>
          <w:color w:val="5A3448"/>
          <w:sz w:val="4"/>
        </w:rPr>
      </w:r>
    </w:p>
    <w:p>
      <w:pPr>
        <w:spacing w:before="0" w:after="0" w:line="463" w:lineRule="exact"/>
        <w:jc w:val="center"/>
      </w:pPr>
      <w:r>
        <w:rPr>
          <w:b w:val="0"/>
          <w:color w:val="5A3448"/>
          <w:sz w:val="48"/>
          <w:spacing w:val="30"/>
        </w:rPr>
        <w:t>СВИДЕТЕЛЬСТВО</w:t>
      </w:r>
    </w:p>
    <w:p>
      <w:pPr>
        <w:spacing w:before="0" w:after="0" w:line="463" w:lineRule="exact"/>
        <w:jc w:val="center"/>
      </w:pPr>
      <w:r>
        <w:rPr>
          <w:b w:val="0"/>
          <w:color w:val="5A3448"/>
          <w:sz w:val="48"/>
          <w:spacing w:val="30"/>
        </w:rPr>
        <w:t>О ЗАКЛЮЧЕНИИ БРАКА</w:t>
      </w:r>
    </w:p>
    <w:p>
      <w:pPr>
        <w:spacing w:before="0" w:after="0" w:line="438" w:lineRule="exact"/>
        <w:jc w:val="left"/>
      </w:pPr>
      <w:r>
        <w:rPr>
          <w:b w:val="0"/>
          <w:color w:val="5A3448"/>
          <w:sz w:val="4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фамилия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имя, отчество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гражданство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национальность (вносится, если указана в записи акта о заключении брака)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3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164"/>
        <w:gridCol w:w="617"/>
        <w:gridCol w:w="164"/>
        <w:gridCol w:w="3789"/>
        <w:gridCol w:w="164"/>
        <w:gridCol w:w="988"/>
        <w:gridCol w:w="329"/>
        <w:gridCol w:w="3418"/>
      </w:tblGrid>
      <w:tr>
        <w:trPr>
          <w:trHeight w:val="263" w:hRule="atLeast"/>
        </w:trPr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«</w:t>
            </w:r>
          </w:p>
        </w:tc>
        <w:tc>
          <w:tcPr>
            <w:tcW w:type="dxa" w:w="61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»</w:t>
            </w:r>
          </w:p>
        </w:tc>
        <w:tc>
          <w:tcPr>
            <w:tcW w:type="dxa" w:w="378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988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32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г.</w:t>
            </w:r>
          </w:p>
        </w:tc>
        <w:tc>
          <w:tcPr>
            <w:tcW w:type="dxa" w:w="341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47"/>
        <w:gridCol w:w="3789"/>
        <w:gridCol w:w="4901"/>
      </w:tblGrid>
      <w:tr>
        <w:trPr>
          <w:trHeight w:val="127" w:hRule="atLeast"/>
        </w:trPr>
        <w:tc>
          <w:tcPr>
            <w:tcW w:type="dxa" w:w="94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  <w:tc>
          <w:tcPr>
            <w:tcW w:type="dxa" w:w="378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дата рождения</w:t>
            </w:r>
          </w:p>
        </w:tc>
        <w:tc>
          <w:tcPr>
            <w:tcW w:type="dxa" w:w="490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место рождения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05"/>
        <w:gridCol w:w="9433"/>
      </w:tblGrid>
      <w:tr>
        <w:trPr>
          <w:trHeight w:val="263" w:hRule="atLeast"/>
        </w:trPr>
        <w:tc>
          <w:tcPr>
            <w:tcW w:type="dxa" w:w="205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и</w:t>
            </w:r>
          </w:p>
        </w:tc>
        <w:tc>
          <w:tcPr>
            <w:tcW w:type="dxa" w:w="9433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фамилия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имя, отчество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гражданство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национальность (вносится, если указана в записи акта о заключении брака)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3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164"/>
        <w:gridCol w:w="617"/>
        <w:gridCol w:w="164"/>
        <w:gridCol w:w="3789"/>
        <w:gridCol w:w="164"/>
        <w:gridCol w:w="988"/>
        <w:gridCol w:w="329"/>
        <w:gridCol w:w="3418"/>
      </w:tblGrid>
      <w:tr>
        <w:trPr>
          <w:trHeight w:val="263" w:hRule="atLeast"/>
        </w:trPr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«</w:t>
            </w:r>
          </w:p>
        </w:tc>
        <w:tc>
          <w:tcPr>
            <w:tcW w:type="dxa" w:w="61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»</w:t>
            </w:r>
          </w:p>
        </w:tc>
        <w:tc>
          <w:tcPr>
            <w:tcW w:type="dxa" w:w="378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6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988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32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г.</w:t>
            </w:r>
          </w:p>
        </w:tc>
        <w:tc>
          <w:tcPr>
            <w:tcW w:type="dxa" w:w="341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47"/>
        <w:gridCol w:w="3789"/>
        <w:gridCol w:w="4901"/>
      </w:tblGrid>
      <w:tr>
        <w:trPr>
          <w:trHeight w:val="127" w:hRule="atLeast"/>
        </w:trPr>
        <w:tc>
          <w:tcPr>
            <w:tcW w:type="dxa" w:w="94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  <w:tc>
          <w:tcPr>
            <w:tcW w:type="dxa" w:w="378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дата рождения</w:t>
            </w:r>
          </w:p>
        </w:tc>
        <w:tc>
          <w:tcPr>
            <w:tcW w:type="dxa" w:w="490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4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место рождения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1853"/>
        <w:gridCol w:w="7785"/>
      </w:tblGrid>
      <w:tr>
        <w:trPr>
          <w:trHeight w:val="263" w:hRule="atLeast"/>
        </w:trPr>
        <w:tc>
          <w:tcPr>
            <w:tcW w:type="dxa" w:w="1853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заключили брак</w:t>
            </w:r>
          </w:p>
        </w:tc>
        <w:tc>
          <w:tcPr>
            <w:tcW w:type="dxa" w:w="7785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число, месяц, год (цифрами и прописью)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0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91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6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700"/>
        <w:gridCol w:w="2306"/>
        <w:gridCol w:w="560"/>
        <w:gridCol w:w="2941"/>
        <w:gridCol w:w="823"/>
        <w:gridCol w:w="1647"/>
        <w:gridCol w:w="659"/>
      </w:tblGrid>
      <w:tr>
        <w:trPr>
          <w:trHeight w:val="343" w:hRule="atLeast"/>
        </w:trPr>
        <w:tc>
          <w:tcPr>
            <w:tcW w:type="dxa" w:w="700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о чем</w:t>
            </w:r>
          </w:p>
        </w:tc>
        <w:tc>
          <w:tcPr>
            <w:tcW w:type="dxa" w:w="2306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560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года</w:t>
            </w:r>
          </w:p>
        </w:tc>
        <w:tc>
          <w:tcPr>
            <w:tcW w:type="dxa" w:w="2941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823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месяца</w:t>
            </w:r>
          </w:p>
        </w:tc>
        <w:tc>
          <w:tcPr>
            <w:tcW w:type="dxa" w:w="164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659"/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b w:val="0"/>
                <w:color w:val="5A3448"/>
                <w:sz w:val="26"/>
              </w:rPr>
              <w:t>числа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5684"/>
        <w:gridCol w:w="2059"/>
        <w:gridCol w:w="1894"/>
      </w:tblGrid>
      <w:tr>
        <w:trPr>
          <w:trHeight w:val="391" w:hRule="atLeast"/>
        </w:trPr>
        <w:tc>
          <w:tcPr>
            <w:tcW w:type="dxa" w:w="568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составлена запись акта о заключении брака №</w:t>
            </w:r>
          </w:p>
        </w:tc>
        <w:tc>
          <w:tcPr>
            <w:tcW w:type="dxa" w:w="205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89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91" w:hRule="atLeast"/>
        </w:trPr>
        <w:tc>
          <w:tcPr>
            <w:tcW w:type="dxa" w:w="963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После заключения брака присвоены фамилии: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634"/>
        <w:gridCol w:w="9004"/>
      </w:tblGrid>
      <w:tr>
        <w:trPr>
          <w:trHeight w:val="391" w:hRule="atLeast"/>
        </w:trPr>
        <w:tc>
          <w:tcPr>
            <w:tcW w:type="dxa" w:w="634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мужу</w:t>
            </w:r>
          </w:p>
        </w:tc>
        <w:tc>
          <w:tcPr>
            <w:tcW w:type="dxa" w:w="9004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617"/>
        <w:gridCol w:w="9021"/>
      </w:tblGrid>
      <w:tr>
        <w:trPr>
          <w:trHeight w:val="391" w:hRule="atLeast"/>
        </w:trPr>
        <w:tc>
          <w:tcPr>
            <w:tcW w:type="dxa" w:w="617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жене</w:t>
            </w:r>
          </w:p>
        </w:tc>
        <w:tc>
          <w:tcPr>
            <w:tcW w:type="dxa" w:w="9021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4201"/>
        <w:gridCol w:w="5437"/>
      </w:tblGrid>
      <w:tr>
        <w:trPr>
          <w:trHeight w:val="375" w:hRule="atLeast"/>
        </w:trPr>
        <w:tc>
          <w:tcPr>
            <w:tcW w:type="dxa" w:w="4201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Место государственной регистрации</w:t>
            </w:r>
          </w:p>
        </w:tc>
        <w:tc>
          <w:tcPr>
            <w:tcW w:type="dxa" w:w="5437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375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127" w:hRule="atLeast"/>
        </w:trPr>
        <w:tc>
          <w:tcPr>
            <w:tcW w:type="dxa" w:w="963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14"/>
              </w:rPr>
              <w:t>наименование органа записи актов гражданского состояния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263" w:hRule="atLeast"/>
        </w:trPr>
        <w:tc>
          <w:tcPr>
            <w:tcW w:type="dxa" w:w="963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059"/>
        <w:gridCol w:w="1730"/>
        <w:gridCol w:w="519"/>
        <w:gridCol w:w="181"/>
        <w:gridCol w:w="4901"/>
        <w:gridCol w:w="247"/>
      </w:tblGrid>
      <w:tr>
        <w:trPr>
          <w:trHeight w:val="559" w:hRule="atLeast"/>
        </w:trPr>
        <w:tc>
          <w:tcPr>
            <w:tcW w:type="dxa" w:w="20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730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  <w:t>Дата выдачи «</w:t>
            </w:r>
          </w:p>
        </w:tc>
        <w:tc>
          <w:tcPr>
            <w:tcW w:type="dxa" w:w="519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181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b w:val="0"/>
                <w:color w:val="5A3448"/>
                <w:sz w:val="26"/>
              </w:rPr>
              <w:t>»</w:t>
            </w:r>
          </w:p>
        </w:tc>
        <w:tc>
          <w:tcPr>
            <w:tcW w:type="dxa" w:w="4901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6"/>
              </w:rPr>
            </w:r>
          </w:p>
        </w:tc>
        <w:tc>
          <w:tcPr>
            <w:tcW w:type="dxa" w:w="247"/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b w:val="0"/>
                <w:color w:val="5A3448"/>
                <w:sz w:val="26"/>
              </w:rPr>
              <w:t>г.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1359"/>
        <w:gridCol w:w="8279"/>
      </w:tblGrid>
      <w:tr>
        <w:trPr>
          <w:trHeight w:val="447" w:hRule="atLeast"/>
        </w:trPr>
        <w:tc>
          <w:tcPr>
            <w:tcW w:type="dxa" w:w="13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6"/>
              </w:rPr>
            </w:r>
          </w:p>
        </w:tc>
        <w:tc>
          <w:tcPr>
            <w:tcW w:type="dxa" w:w="827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16"/>
              </w:rPr>
              <w:t>М.П.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8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059"/>
        <w:gridCol w:w="7579"/>
      </w:tblGrid>
      <w:tr>
        <w:trPr>
          <w:trHeight w:val="279" w:hRule="atLeast"/>
        </w:trPr>
        <w:tc>
          <w:tcPr>
            <w:tcW w:type="dxa" w:w="20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</w:r>
          </w:p>
        </w:tc>
        <w:tc>
          <w:tcPr>
            <w:tcW w:type="dxa" w:w="757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  <w:t>Руководитель органа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7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2059"/>
        <w:gridCol w:w="4613"/>
        <w:gridCol w:w="2965"/>
      </w:tblGrid>
      <w:tr>
        <w:trPr>
          <w:trHeight w:val="207" w:hRule="atLeast"/>
        </w:trPr>
        <w:tc>
          <w:tcPr>
            <w:tcW w:type="dxa" w:w="2059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</w:r>
          </w:p>
        </w:tc>
        <w:tc>
          <w:tcPr>
            <w:tcW w:type="dxa" w:w="4613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  <w:t>записи актов гражданского состояния</w:t>
            </w:r>
          </w:p>
        </w:tc>
        <w:tc>
          <w:tcPr>
            <w:tcW w:type="dxa" w:w="2965"/>
            <w:tcBorders>
              <w:bottom w:val="dotted" w:sz="4" w:color="8A5A6A"/>
            </w:tcBorders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b w:val="0"/>
                <w:color w:val="5A3448"/>
                <w:sz w:val="24"/>
              </w:rPr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CellMar>
          <w:left w:w="0" w:type="dxa"/>
          <w:right w:w="0" w:type="dxa"/>
          <w:top w:w="0" w:type="dxa"/>
          <w:bottom w:w="0" w:type="dxa"/>
        </w:tblCellMar>
      </w:tblPr>
      <w:tblGrid>
        <w:gridCol w:w="9639"/>
      </w:tblGrid>
      <w:tr>
        <w:trPr>
          <w:trHeight w:val="799" w:hRule="atLeast"/>
        </w:trPr>
        <w:tc>
          <w:tcPr>
            <w:tcW w:type="dxa" w:w="9639"/>
            <w:vAlign w:val="bottom"/>
          </w:tcPr>
          <w:p>
            <w:pPr>
              <w:spacing w:before="0" w:after="0" w:line="240" w:lineRule="auto"/>
              <w:jc w:val="right"/>
            </w:pPr>
            <w:r>
              <w:rPr>
                <w:b w:val="0"/>
                <w:color w:val="5A3448"/>
                <w:sz w:val="14"/>
              </w:rPr>
              <w:t>МТГ. 1998.</w:t>
            </w:r>
          </w:p>
        </w:tc>
      </w:tr>
    </w:tbl>
    <w:p>
      <w:pPr>
        <w:spacing w:before="0" w:after="0" w:line="10" w:lineRule="exact"/>
        <w:jc w:val="left"/>
      </w:pPr>
      <w:r>
        <w:rPr>
          <w:b w:val="0"/>
          <w:color w:val="5A3448"/>
          <w:sz w:val="2"/>
        </w:rPr>
      </w:r>
    </w:p>
    <w:sectPr w:rsidR="00FC693F" w:rsidRPr="0006063C" w:rsidSect="00034616">
      <w:pgSz w:w="11906" w:h="16838"/>
      <w:pgMar w:top="170" w:right="1077" w:bottom="340" w:left="1191" w:header="720" w:footer="720" w:gutter="0"/>
      <w:pgBorders w:offsetFrom="page">
        <w:top w:val="double" w:sz="18" w:space="14" w:color="D8607F"/>
        <w:left w:val="double" w:sz="18" w:space="14" w:color="D8607F"/>
        <w:bottom w:val="double" w:sz="18" w:space="14" w:color="D8607F"/>
        <w:right w:val="double" w:sz="18" w:space="14" w:color="D8607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