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22"/>
        <w:gridCol w:w="4755"/>
        <w:gridCol w:w="1019"/>
        <w:gridCol w:w="4738"/>
      </w:tblGrid>
      <w:tr>
        <w:trPr>
          <w:trHeight w:val="1189" w:hRule="atLeast"/>
        </w:trPr>
        <w:tc>
          <w:tcPr>
            <w:tcW w:type="dxa" w:w="322"/>
          </w:tcPr>
          <w:p>
            <w:pPr/>
            <w:r/>
          </w:p>
        </w:tc>
        <w:tc>
          <w:tcPr>
            <w:tcW w:type="dxa" w:w="4755"/>
          </w:tcPr>
          <w:p>
            <w:pPr>
              <w:spacing w:before="16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21"/>
              </w:rPr>
              <w:t xml:space="preserve">Номер заяви </w:t>
            </w:r>
            <w:r>
              <w:rPr>
                <w:rFonts w:ascii="Arial" w:hAnsi="Arial"/>
                <w:b w:val="0"/>
                <w:i w:val="0"/>
                <w:color w:val="151515"/>
                <w:sz w:val="23"/>
              </w:rPr>
              <w:t>1234567 /1</w:t>
            </w:r>
          </w:p>
          <w:p>
            <w:pPr>
              <w:spacing w:before="560" w:after="0" w:line="240" w:lineRule="auto"/>
              <w:jc w:val="right"/>
            </w:pPr>
            <w:r>
              <w:rPr>
                <w:rFonts w:ascii="Times New Roman" w:hAnsi="Times New Roman"/>
                <w:b/>
                <w:i w:val="0"/>
                <w:color w:val="E25B2C"/>
                <w:sz w:val="26"/>
              </w:rPr>
              <w:t>ЗАСВІДЧЕНА КОПІЯ</w:t>
            </w:r>
          </w:p>
        </w:tc>
        <w:tc>
          <w:tcPr>
            <w:tcW w:type="dxa" w:w="1019"/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2952" cy="7089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ble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52" cy="7089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8"/>
          </w:tcPr>
          <w:p>
            <w:pPr>
              <w:spacing w:before="0" w:after="0" w:line="240" w:lineRule="auto"/>
              <w:ind w:left="1758"/>
            </w:pPr>
            <w:r>
              <w:rPr>
                <w:rFonts w:ascii="Arial" w:hAnsi="Arial"/>
                <w:b/>
                <w:i w:val="0"/>
                <w:color w:val="E25B2C"/>
                <w:sz w:val="36"/>
              </w:rPr>
              <w:t>QBN</w:t>
            </w:r>
            <w:r>
              <w:rPr>
                <w:rFonts w:ascii="Arial" w:hAnsi="Arial"/>
                <w:b/>
                <w:i w:val="0"/>
                <w:color w:val="E25B2C"/>
                <w:sz w:val="36"/>
              </w:rPr>
              <w:t xml:space="preserve"> 004298</w:t>
            </w:r>
          </w:p>
          <w:p>
            <w:pPr>
              <w:spacing w:before="520" w:after="0" w:line="240" w:lineRule="auto"/>
              <w:ind w:left="110"/>
            </w:pPr>
            <w:r>
              <w:rPr>
                <w:rFonts w:ascii="Times New Roman" w:hAnsi="Times New Roman"/>
                <w:b/>
                <w:i w:val="0"/>
                <w:color w:val="E25B2C"/>
                <w:sz w:val="26"/>
              </w:rPr>
              <w:t>ЗАПИСУ</w:t>
            </w:r>
          </w:p>
        </w:tc>
      </w:tr>
    </w:tbl>
    <w:p>
      <w:pPr>
        <w:spacing w:before="0" w:after="0" w:line="20" w:lineRule="exact"/>
      </w:pPr>
      <w:r>
        <w:rPr>
          <w:rFonts w:ascii="Arial" w:hAnsi="Arial"/>
          <w:b w:val="0"/>
          <w:i w:val="0"/>
          <w:color w:val="151515"/>
          <w:sz w:val="2"/>
        </w:rPr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22"/>
        <w:gridCol w:w="10512"/>
      </w:tblGrid>
      <w:tr>
        <w:trPr>
          <w:trHeight w:val="4586" w:hRule="atLeast"/>
        </w:trPr>
        <w:tc>
          <w:tcPr>
            <w:tcW w:type="dxa" w:w="322"/>
          </w:tcPr>
          <w:p>
            <w:pPr/>
            <w:r/>
          </w:p>
        </w:tc>
        <w:tc>
          <w:tcPr>
            <w:tcW w:type="dxa" w:w="105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type="auto" w:w="0"/>
              <w:tblLook w:firstColumn="1" w:firstRow="1" w:lastColumn="0" w:lastRow="0" w:noHBand="0" w:noVBand="1" w:val="04A0"/>
              <w:tblLayout w:type="fixed"/>
            </w:tblPr>
            <w:tblGrid>
              <w:gridCol w:w="4535"/>
              <w:gridCol w:w="3871"/>
              <w:gridCol w:w="2105"/>
            </w:tblGrid>
            <w:tr>
              <w:trPr>
                <w:trHeight w:val="374" w:hRule="atLeast"/>
              </w:trPr>
              <w:tc>
                <w:tcPr>
                  <w:tcW w:type="dxa" w:w="840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spacing w:before="0" w:after="0" w:line="240" w:lineRule="auto"/>
                    <w:ind w:left="2089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28"/>
                    </w:rPr>
                    <w:t>ПРО НАРОДЖЕННЯ</w:t>
                  </w:r>
                </w:p>
              </w:tc>
              <w:tc>
                <w:tcPr>
                  <w:tcW w:type="dxa" w:w="210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1036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Запис №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151515"/>
                      <w:sz w:val="23"/>
                    </w:rPr>
                    <w:t>123</w:t>
                  </w:r>
                </w:p>
              </w:tc>
            </w:tr>
            <w:tr>
              <w:trPr>
                <w:trHeight w:val="730" w:hRule="atLeast"/>
              </w:trPr>
              <w:tc>
                <w:tcPr>
                  <w:tcW w:type="dxa" w:w="453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nil"/>
                  </w:tcBorders>
                </w:tcPr>
                <w:p>
                  <w:pPr>
                    <w:tabs>
                      <w:tab w:pos="1885" w:val="left"/>
                    </w:tabs>
                    <w:spacing w:before="4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Реєстраційний округ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151515"/>
                      <w:sz w:val="23"/>
                    </w:rPr>
                    <w:t>Сефтон-Норт</w:t>
                  </w:r>
                </w:p>
                <w:p>
                  <w:pPr>
                    <w:tabs>
                      <w:tab w:pos="1885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Підрайон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151515"/>
                      <w:sz w:val="23"/>
                    </w:rPr>
                    <w:t>Сефтон-Норт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single" w:sz="12" w:color="E25B2C"/>
                    <w:left w:val="nil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spacing w:before="4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Адміністративний район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Муніципальний район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Сефтон</w:t>
                  </w:r>
                </w:p>
              </w:tc>
            </w:tr>
            <w:tr>
              <w:trPr>
                <w:trHeight w:val="917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  <w:tab w:pos="5155" w:val="center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Дата і місце народження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20"/>
                    </w:rPr>
                    <w:t>ДИТИНА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Двадцять перше червня 2009 року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Пологовий будинок Саутпорта</w:t>
                  </w:r>
                </w:p>
              </w:tc>
            </w:tr>
            <w:tr>
              <w:trPr>
                <w:trHeight w:val="747" w:hRule="atLeast"/>
              </w:trPr>
              <w:tc>
                <w:tcPr>
                  <w:tcW w:type="dxa" w:w="840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2.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Ім'я та прізвище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Джон Філіп СМІТ</w:t>
                  </w:r>
                </w:p>
              </w:tc>
              <w:tc>
                <w:tcPr>
                  <w:tcW w:type="dxa" w:w="210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39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3.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Стать</w:t>
                  </w:r>
                </w:p>
                <w:p>
                  <w:pPr>
                    <w:spacing w:before="20" w:after="0" w:line="240" w:lineRule="auto"/>
                    <w:ind w:left="39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Чоловіча</w:t>
                  </w:r>
                </w:p>
              </w:tc>
            </w:tr>
            <w:tr>
              <w:trPr>
                <w:trHeight w:val="747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  <w:tab w:pos="5155" w:val="center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4.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Ім'я та прізвище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20"/>
                    </w:rPr>
                    <w:t>БАТЬКО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Філіп Джон СМІТ</w:t>
                  </w:r>
                </w:p>
              </w:tc>
            </w:tr>
            <w:tr>
              <w:trPr>
                <w:trHeight w:val="764" w:hRule="atLeast"/>
              </w:trPr>
              <w:tc>
                <w:tcPr>
                  <w:tcW w:type="dxa" w:w="453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5.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Місце народження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Саутпорт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08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6.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Рід занять</w:t>
                  </w:r>
                </w:p>
                <w:p>
                  <w:pPr>
                    <w:spacing w:before="20" w:after="0" w:line="240" w:lineRule="auto"/>
                    <w:ind w:left="408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Тесляр</w:t>
                  </w:r>
                </w:p>
              </w:tc>
            </w:tr>
            <w:tr>
              <w:trPr>
                <w:trHeight w:val="747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  <w:tab w:pos="5155" w:val="center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7.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Ім'я та прізвище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20"/>
                    </w:rPr>
                    <w:t>МАТИ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Маргарет Валері СМІТ</w:t>
                  </w:r>
                </w:p>
              </w:tc>
            </w:tr>
            <w:tr>
              <w:trPr>
                <w:trHeight w:val="713" w:hRule="atLeast"/>
              </w:trPr>
              <w:tc>
                <w:tcPr>
                  <w:tcW w:type="dxa" w:w="453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8.(a)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Місце народження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Саутпорт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08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8.(b)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Рід занять</w:t>
                  </w:r>
                </w:p>
                <w:p>
                  <w:pPr>
                    <w:spacing w:before="20" w:after="0" w:line="240" w:lineRule="auto"/>
                    <w:ind w:left="408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Домогосподарка</w:t>
                  </w:r>
                </w:p>
              </w:tc>
            </w:tr>
            <w:tr>
              <w:trPr>
                <w:trHeight w:val="679" w:hRule="atLeast"/>
              </w:trPr>
              <w:tc>
                <w:tcPr>
                  <w:tcW w:type="dxa" w:w="453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9.(a)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Дівоче прізвище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ДЖОНС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08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9.(b)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Прізвище під час укладення шлюбу, якщо воно відрізняється від дівочого</w:t>
                  </w:r>
                </w:p>
                <w:p>
                  <w:pPr>
                    <w:spacing w:before="20" w:after="0" w:line="240" w:lineRule="auto"/>
                    <w:ind w:left="1656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——————</w:t>
                  </w:r>
                </w:p>
              </w:tc>
            </w:tr>
            <w:tr>
              <w:trPr>
                <w:trHeight w:val="815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10.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Звичайна адреса (якщо відрізняється від місця народження дитини)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вул. Стейшн Роуд, 18, м. Саутпорт</w:t>
                  </w:r>
                </w:p>
              </w:tc>
            </w:tr>
            <w:tr>
              <w:trPr>
                <w:trHeight w:val="187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nil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  <w:tab w:pos="5180" w:val="center"/>
                      <w:tab w:pos="6046" w:val="left"/>
                      <w:tab w:pos="6437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11.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Ім'я та прізвище (якщо це не мати чи батько)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20"/>
                    </w:rPr>
                    <w:t>ЗАЯВНИК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12.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Підстава для надання відомостей</w:t>
                  </w:r>
                </w:p>
              </w:tc>
            </w:tr>
            <w:tr>
              <w:trPr>
                <w:trHeight w:val="543" w:hRule="atLeast"/>
              </w:trPr>
              <w:tc>
                <w:tcPr>
                  <w:tcW w:type="dxa" w:w="4535"/>
                  <w:tcBorders>
                    <w:top w:val="nil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spacing w:before="20" w:after="0" w:line="240" w:lineRule="auto"/>
                    <w:ind w:left="2097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——————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nil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spacing w:before="20" w:after="0" w:line="240" w:lineRule="auto"/>
                    <w:ind w:left="118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Мати</w:t>
                  </w:r>
                </w:p>
              </w:tc>
            </w:tr>
            <w:tr>
              <w:trPr>
                <w:trHeight w:val="934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13.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Звичайна адреса</w:t>
                  </w:r>
                </w:p>
                <w:p>
                  <w:pPr>
                    <w:tabs>
                      <w:tab w:pos="459" w:val="left"/>
                      <w:tab w:pos="3796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ab/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(якщо відрізняється від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151515"/>
                      <w:sz w:val="23"/>
                    </w:rPr>
                    <w:t>———————————</w:t>
                  </w:r>
                </w:p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ab/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зазначеної в п. 10 вище)</w:t>
                  </w:r>
                </w:p>
              </w:tc>
            </w:tr>
            <w:tr>
              <w:trPr>
                <w:trHeight w:val="713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14.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Я засвідчую, що відомості, внесені вище, є правдивими, наскільки мені відомо та наскільки я переконана</w:t>
                  </w:r>
                </w:p>
                <w:p>
                  <w:pPr>
                    <w:tabs>
                      <w:tab w:pos="9231" w:val="left"/>
                    </w:tabs>
                    <w:spacing w:before="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М. В. Сміт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Підпис</w:t>
                  </w:r>
                </w:p>
                <w:p>
                  <w:pPr>
                    <w:tabs>
                      <w:tab w:pos="9231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ab/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заявника</w:t>
                  </w:r>
                </w:p>
              </w:tc>
            </w:tr>
            <w:tr>
              <w:trPr>
                <w:trHeight w:val="730" w:hRule="atLeast"/>
              </w:trPr>
              <w:tc>
                <w:tcPr>
                  <w:tcW w:type="dxa" w:w="4535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15.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Дата реєстрації</w:t>
                  </w:r>
                </w:p>
                <w:p>
                  <w:pPr>
                    <w:spacing w:before="20" w:after="0" w:line="240" w:lineRule="auto"/>
                    <w:ind w:left="459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Двадцять восьме червня 2009 року</w:t>
                  </w:r>
                </w:p>
              </w:tc>
              <w:tc>
                <w:tcPr>
                  <w:tcW w:type="dxa" w:w="5976"/>
                  <w:gridSpan w:val="2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08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16.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Підпис реєстратора</w:t>
                  </w:r>
                </w:p>
                <w:p>
                  <w:pPr>
                    <w:spacing w:before="20" w:after="0" w:line="240" w:lineRule="auto"/>
                    <w:ind w:left="543"/>
                  </w:pPr>
                  <w:r>
                    <w:rPr>
                      <w:rFonts w:ascii="Arial" w:hAnsi="Arial"/>
                      <w:b w:val="0"/>
                      <w:i w:val="0"/>
                      <w:color w:val="151515"/>
                      <w:sz w:val="23"/>
                    </w:rPr>
                    <w:t>Дж. Браун   Реєстратор</w:t>
                  </w:r>
                </w:p>
              </w:tc>
            </w:tr>
            <w:tr>
              <w:trPr>
                <w:trHeight w:val="713" w:hRule="atLeast"/>
              </w:trPr>
              <w:tc>
                <w:tcPr>
                  <w:tcW w:type="dxa" w:w="10511"/>
                  <w:gridSpan w:val="3"/>
                  <w:tcBorders>
                    <w:top w:val="single" w:sz="12" w:color="E25B2C"/>
                    <w:left w:val="single" w:sz="12" w:color="E25B2C"/>
                    <w:bottom w:val="single" w:sz="12" w:color="E25B2C"/>
                    <w:right w:val="single" w:sz="12" w:color="E25B2C"/>
                  </w:tcBorders>
                </w:tcPr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17.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Ім'я, надане</w:t>
                  </w:r>
                </w:p>
                <w:p>
                  <w:pPr>
                    <w:tabs>
                      <w:tab w:pos="459" w:val="left"/>
                      <w:tab w:pos="3855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ab/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після реєстрації,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151515"/>
                      <w:sz w:val="23"/>
                    </w:rPr>
                    <w:t>————————————</w:t>
                  </w:r>
                </w:p>
                <w:p>
                  <w:pPr>
                    <w:tabs>
                      <w:tab w:pos="459" w:val="left"/>
                    </w:tabs>
                    <w:spacing w:before="0" w:after="0" w:line="240" w:lineRule="auto"/>
                  </w:pP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ab/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 w:val="0"/>
                      <w:color w:val="E25B2C"/>
                      <w:sz w:val="15"/>
                    </w:rPr>
                    <w:t>та прізвище</w:t>
                  </w: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rFonts w:ascii="Arial" w:hAnsi="Arial"/>
                <w:b w:val="0"/>
                <w:i w:val="0"/>
                <w:color w:val="151515"/>
                <w:sz w:val="2"/>
              </w:rPr>
            </w:r>
          </w:p>
        </w:tc>
      </w:tr>
      <w:tr>
        <w:trPr>
          <w:trHeight w:val="1911" w:hRule="atLeast"/>
        </w:trPr>
        <w:tc>
          <w:tcPr>
            <w:tcW w:type="dxa" w:w="322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>
            <w:pPr>
              <w:spacing w:before="0" w:after="0" w:line="240" w:lineRule="auto"/>
              <w:jc w:val="center"/>
              <w:rPr>
                <w:sz w:val="13"/>
                <w:szCs w:val="19"/>
              </w:rPr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1"/>
                <w:szCs w:val="19"/>
              </w:rPr>
              <w:t>040299  10198  10/05  SPSL  012191</w:t>
            </w:r>
          </w:p>
        </w:tc>
        <w:tc>
          <w:tcPr>
            <w:tcW w:type="dxa" w:w="10512"/>
            <w:vMerge/>
          </w:tcPr>
          <w:p/>
        </w:tc>
      </w:tr>
      <w:tr>
        <w:trPr>
          <w:trHeight w:val="4246" w:hRule="atLeast"/>
        </w:trPr>
        <w:tc>
          <w:tcPr>
            <w:tcW w:type="dxa" w:w="322"/>
          </w:tcPr>
          <w:p>
            <w:pPr/>
            <w:r/>
          </w:p>
        </w:tc>
        <w:tc>
          <w:tcPr>
            <w:tcW w:type="dxa" w:w="10512"/>
            <w:vMerge/>
          </w:tcPr>
          <w:p/>
        </w:tc>
      </w:tr>
      <w:tr>
        <w:trPr>
          <w:trHeight w:val="365" w:hRule="atLeast"/>
        </w:trPr>
        <w:tc>
          <w:tcPr>
            <w:tcW w:type="dxa" w:w="32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  <w:rPr>
                <w:sz w:val="11"/>
                <w:szCs w:val="16"/>
              </w:rPr>
            </w:pPr>
            <w:r>
              <w:rPr>
                <w:rFonts w:ascii="Times New Roman" w:hAnsi="Times New Roman"/>
                <w:b w:val="0"/>
                <w:i/>
                <w:color w:val="E25B2C"/>
                <w:sz w:val="8"/>
                <w:szCs w:val="16"/>
              </w:rPr>
              <w:t>див. примітку</w:t>
            </w:r>
          </w:p>
          <w:p>
            <w:pPr>
              <w:spacing w:before="0" w:after="0" w:line="240" w:lineRule="auto"/>
              <w:jc w:val="right"/>
              <w:rPr>
                <w:sz w:val="11"/>
                <w:szCs w:val="16"/>
              </w:rPr>
            </w:pPr>
            <w:r>
              <w:rPr>
                <w:rFonts w:ascii="Times New Roman" w:hAnsi="Times New Roman"/>
                <w:b w:val="0"/>
                <w:i/>
                <w:color w:val="E25B2C"/>
                <w:sz w:val="8"/>
                <w:szCs w:val="16"/>
              </w:rPr>
              <w:t>на звороті</w:t>
            </w:r>
          </w:p>
        </w:tc>
        <w:tc>
          <w:tcPr>
            <w:tcW w:type="dxa" w:w="10512"/>
            <w:vMerge/>
          </w:tcPr>
          <w:p/>
        </w:tc>
      </w:tr>
    </w:tbl>
    <w:p>
      <w:pPr>
        <w:spacing w:before="0" w:after="0" w:line="240" w:lineRule="auto"/>
        <w:ind w:left="2004"/>
      </w:pPr>
      <w:r>
        <w:drawing>
          <wp:inline xmlns:a="http://schemas.openxmlformats.org/drawingml/2006/main" xmlns:pic="http://schemas.openxmlformats.org/drawingml/2006/picture">
            <wp:extent cx="4809928" cy="59854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ok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9928" cy="59854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22"/>
        <w:gridCol w:w="8576"/>
        <w:gridCol w:w="1936"/>
      </w:tblGrid>
      <w:tr>
        <w:tc>
          <w:tcPr>
            <w:tcW w:type="dxa" w:w="322"/>
          </w:tcPr>
          <w:p>
            <w:pPr/>
            <w:r/>
          </w:p>
        </w:tc>
        <w:tc>
          <w:tcPr>
            <w:tcW w:type="dxa" w:w="8576"/>
          </w:tcPr>
          <w:p>
            <w:pPr>
              <w:spacing w:before="8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21"/>
              </w:rPr>
              <w:t>ЗАСВІДЧЕНО як справжню копію запису в засвідченій копії реєстру народжень 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21"/>
              </w:rPr>
              <w:t>вищезазначеному окрузі. Видано в ГЕНЕРАЛЬНОМУ ОФІСІ РЕЄСТРАЦІЇ під печаткою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21"/>
              </w:rPr>
              <w:t xml:space="preserve">зазначеного Офісу    </w:t>
            </w:r>
            <w:r>
              <w:rPr>
                <w:rFonts w:ascii="Arial" w:hAnsi="Arial"/>
                <w:b w:val="0"/>
                <w:i w:val="0"/>
                <w:color w:val="151515"/>
                <w:sz w:val="23"/>
              </w:rPr>
              <w:t>3 серпня 2012 року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8"/>
              </w:rPr>
              <w:t>ЗАСТЕРЕЖЕННЯ: ПЕРЕДБАЧЕНО ВІДПОВІДАЛЬНІСТЬ ЗА ПРАВОПОРУШЕННЯ, ПОВ'ЯЗАНІ З ФАЛЬСИФІКАЦІЄЮ АБО ЗМІНОЮ СВІДОЦТВА,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8"/>
              </w:rPr>
              <w:t>А ТАКОЖ ВИКОРИСТАННЯМ АБО ВОЛОДІННЯМ ПІДРОБЛЕНИМ СВІДОЦТВОМ. © АВТОРСЬКЕ ПРАВО КОРОНИ</w:t>
            </w:r>
          </w:p>
          <w:p>
            <w:pPr>
              <w:spacing w:before="60" w:after="0" w:line="240" w:lineRule="auto"/>
              <w:jc w:val="center"/>
            </w:pPr>
            <w:r>
              <w:rPr>
                <w:rFonts w:ascii="Times New Roman" w:hAnsi="Times New Roman"/>
                <w:b/>
                <w:i w:val="0"/>
                <w:color w:val="E25B2C"/>
                <w:sz w:val="22"/>
              </w:rPr>
              <w:t>ПОПЕРЕДЖЕННЯ: СВІДОЦТВО НЕ Є ДОКАЗОМ ОСОБИ.</w:t>
            </w:r>
          </w:p>
          <w:p>
            <w:pPr>
              <w:spacing w:before="6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1"/>
              </w:rPr>
              <w:t>Це свідоцтво видане відповідно до Закону про реєстрацію народжень і смертей 1953 року. Стаття 34 передбачає, що будь-яка засвідчена копія запису, що має бути скріплена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1"/>
              </w:rPr>
              <w:t>або штампована печаткою Генерального офісу реєстрації, повинна прийматися як доказ народження або смерті, яких вона стосується, без будь-якого подальшого чи іншого підтвердження запису,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i w:val="0"/>
                <w:color w:val="E25B2C"/>
                <w:sz w:val="11"/>
              </w:rPr>
              <w:t>і жодна засвідчена копія, що нібито була видана в зазначеному Офісі, не має юридичної сили, якщо вона не скріплена печаткою або не штампована, як зазначено вище.</w:t>
            </w:r>
          </w:p>
        </w:tc>
        <w:tc>
          <w:tcPr>
            <w:tcW w:type="dxa" w:w="193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8459" cy="10132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l_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459" cy="1013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40" w:lineRule="auto"/>
              <w:ind w:right="-849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1768" cy="15165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itial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768" cy="1516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 w:line="20" w:lineRule="exact"/>
      </w:pPr>
      <w:r>
        <w:rPr>
          <w:rFonts w:ascii="Arial" w:hAnsi="Arial"/>
          <w:b w:val="0"/>
          <w:i w:val="0"/>
          <w:color w:val="151515"/>
          <w:sz w:val="2"/>
        </w:rPr>
      </w:r>
    </w:p>
    <w:sectPr w:rsidR="00FC693F" w:rsidRPr="0006063C" w:rsidSect="00034616">
      <w:pgSz w:w="11906" w:h="16838"/>
      <w:pgMar w:top="272" w:right="849" w:bottom="51" w:left="102" w:header="51" w:footer="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