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5479"/>
        <w:tblLook w:firstColumn="1" w:firstRow="1" w:lastColumn="0" w:lastRow="0" w:noHBand="0" w:noVBand="1" w:val="04A0"/>
        <w:tblLayout w:type="fixed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20" w:type="dxa"/>
          <w:right w:w="20" w:type="dxa"/>
          <w:top w:w="20" w:type="dxa"/>
          <w:bottom w:w="20" w:type="dxa"/>
        </w:tblCellMar>
      </w:tblPr>
      <w:tblGrid>
        <w:gridCol w:w="7654"/>
        <w:gridCol w:w="7824"/>
      </w:tblGrid>
      <w:tr>
        <w:tc>
          <w:tcPr>
            <w:tcW w:type="dxa" w:w="7654"/>
          </w:tcPr>
          <w:p>
            <w:pPr>
              <w:spacing w:before="200"/>
              <w:jc w:val="center"/>
            </w:pPr>
            <w:r>
              <w:rPr>
                <w:b/>
                <w:sz w:val="26"/>
                <w:spacing w:val="10"/>
              </w:rPr>
              <w:t>BIRTH CERTIFICATE</w:t>
            </w:r>
          </w:p>
          <w:p>
            <w:pPr>
              <w:spacing w:before="0"/>
              <w:jc w:val="center"/>
            </w:pPr>
            <w:r>
              <w:rPr>
                <w:b/>
                <w:sz w:val="26"/>
                <w:spacing w:val="10"/>
              </w:rPr>
              <w:t>BIRTH CERTIFICATE</w:t>
            </w:r>
          </w:p>
          <w:p>
            <w:pPr>
              <w:spacing w:line="520" w:lineRule="exact"/>
            </w:pPr>
            <w:r>
              <w:rPr>
                <w:sz w:val="2"/>
              </w:rPr>
            </w:r>
          </w:p>
          <w:tbl>
            <w:tblPr>
              <w:tblW w:type="dxa" w:w="7484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1814"/>
              <w:gridCol w:w="5670"/>
            </w:tblGrid>
            <w:tr>
              <w:tc>
                <w:tcPr>
                  <w:tcW w:type="dxa" w:w="1814"/>
                  <w:vAlign w:val="bottom"/>
                </w:tcPr>
                <w:p>
                  <w:pPr/>
                  <w:r>
                    <w:rPr/>
                    <w:t>Citizen</w:t>
                  </w:r>
                </w:p>
              </w:tc>
              <w:tc>
                <w:tcPr>
                  <w:tcW w:type="dxa" w:w="5670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Ibragimov</w:t>
                  </w:r>
                </w:p>
              </w:tc>
            </w:tr>
            <w:tr>
              <w:tc>
                <w:tcPr>
                  <w:tcW w:type="dxa" w:w="1814"/>
                  <w:vAlign w:val="bottom"/>
                </w:tcPr>
                <w:p>
                  <w:pPr/>
                  <w:r>
                    <w:rPr/>
                    <w:t>Citizen</w:t>
                  </w:r>
                </w:p>
              </w:tc>
              <w:tc>
                <w:tcPr>
                  <w:tcW w:type="dxa" w:w="5670"/>
                  <w:vAlign w:val="bottom"/>
                </w:tcPr>
                <w:p>
                  <w:pPr>
                    <w:jc w:val="center"/>
                  </w:pPr>
                  <w:r>
                    <w:rPr>
                      <w:sz w:val="12"/>
                    </w:rPr>
                    <w:t>surname — surname,</w:t>
                  </w:r>
                </w:p>
              </w:tc>
            </w:tr>
          </w:tbl>
          <w:p>
            <w:pPr/>
            <w:r/>
          </w:p>
          <w:p>
            <w:pPr>
              <w:spacing w:line="60" w:lineRule="exact"/>
            </w:pPr>
            <w:r>
              <w:rPr>
                <w:sz w:val="2"/>
              </w:rPr>
            </w:r>
          </w:p>
          <w:tbl>
            <w:tblPr>
              <w:tblW w:type="dxa" w:w="7484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56"/>
              <w:gridCol w:w="7427"/>
            </w:tblGrid>
            <w:tr>
              <w:tc>
                <w:tcPr>
                  <w:tcW w:type="dxa" w:w="56"/>
                  <w:vAlign w:val="bottom"/>
                </w:tcPr>
                <w:p>
                  <w:pPr/>
                  <w:r>
                    <w:rPr/>
                  </w:r>
                </w:p>
              </w:tc>
              <w:tc>
                <w:tcPr>
                  <w:tcW w:type="dxa" w:w="7427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Mirzaolim Ibragimovich</w:t>
                  </w:r>
                </w:p>
              </w:tc>
            </w:tr>
            <w:tr>
              <w:tc>
                <w:tcPr>
                  <w:tcW w:type="dxa" w:w="56"/>
                  <w:vAlign w:val="bottom"/>
                </w:tcPr>
                <w:p>
                  <w:pPr/>
                  <w:r>
                    <w:rPr/>
                  </w:r>
                </w:p>
              </w:tc>
              <w:tc>
                <w:tcPr>
                  <w:tcW w:type="dxa" w:w="7427"/>
                  <w:vAlign w:val="bottom"/>
                </w:tcPr>
                <w:p>
                  <w:pPr>
                    <w:jc w:val="center"/>
                  </w:pPr>
                  <w:r>
                    <w:rPr>
                      <w:sz w:val="12"/>
                    </w:rPr>
                    <w:t>name, patronymic — name, father's name</w:t>
                  </w:r>
                </w:p>
              </w:tc>
            </w:tr>
          </w:tbl>
          <w:p>
            <w:pPr/>
            <w:r/>
          </w:p>
          <w:p>
            <w:pPr>
              <w:spacing w:line="60" w:lineRule="exact"/>
            </w:pPr>
            <w:r>
              <w:rPr>
                <w:sz w:val="2"/>
              </w:rPr>
            </w:r>
          </w:p>
          <w:tbl>
            <w:tblPr>
              <w:tblW w:type="dxa" w:w="7484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1814"/>
              <w:gridCol w:w="5670"/>
            </w:tblGrid>
            <w:tr>
              <w:tc>
                <w:tcPr>
                  <w:tcW w:type="dxa" w:w="1814"/>
                  <w:vAlign w:val="bottom"/>
                </w:tcPr>
                <w:p>
                  <w:pPr/>
                  <w:r>
                    <w:rPr/>
                    <w:t>was born</w:t>
                  </w:r>
                </w:p>
              </w:tc>
              <w:tc>
                <w:tcPr>
                  <w:tcW w:type="dxa" w:w="5670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May 10, 1928</w:t>
                  </w:r>
                </w:p>
              </w:tc>
            </w:tr>
            <w:tr>
              <w:tc>
                <w:tcPr>
                  <w:tcW w:type="dxa" w:w="1814"/>
                  <w:vAlign w:val="bottom"/>
                </w:tcPr>
                <w:p>
                  <w:pPr/>
                  <w:r>
                    <w:rPr/>
                    <w:t>was born</w:t>
                  </w:r>
                </w:p>
              </w:tc>
              <w:tc>
                <w:tcPr>
                  <w:tcW w:type="dxa" w:w="5670"/>
                  <w:vAlign w:val="bottom"/>
                </w:tcPr>
                <w:p>
                  <w:pPr>
                    <w:jc w:val="center"/>
                  </w:pPr>
                  <w:r>
                    <w:rPr>
                      <w:sz w:val="12"/>
                    </w:rPr>
                    <w:t>day, month, year — year, month, day</w:t>
                  </w:r>
                </w:p>
              </w:tc>
            </w:tr>
          </w:tbl>
          <w:p>
            <w:pPr/>
            <w:r/>
          </w:p>
          <w:p>
            <w:pPr>
              <w:spacing w:line="60" w:lineRule="exact"/>
            </w:pPr>
            <w:r>
              <w:rPr>
                <w:sz w:val="2"/>
              </w:rPr>
            </w:r>
          </w:p>
          <w:tbl>
            <w:tblPr>
              <w:tblW w:type="dxa" w:w="7484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56"/>
              <w:gridCol w:w="7427"/>
            </w:tblGrid>
            <w:tr>
              <w:tc>
                <w:tcPr>
                  <w:tcW w:type="dxa" w:w="56"/>
                  <w:vAlign w:val="bottom"/>
                </w:tcPr>
                <w:p>
                  <w:pPr/>
                  <w:r>
                    <w:rPr/>
                  </w:r>
                </w:p>
              </w:tc>
              <w:tc>
                <w:tcPr>
                  <w:tcW w:type="dxa" w:w="7427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One thousand nine hundred</w:t>
                  </w:r>
                </w:p>
              </w:tc>
            </w:tr>
            <w:tr>
              <w:tc>
                <w:tcPr>
                  <w:tcW w:type="dxa" w:w="56"/>
                  <w:vAlign w:val="bottom"/>
                </w:tcPr>
                <w:p>
                  <w:pPr/>
                  <w:r>
                    <w:rPr/>
                  </w:r>
                </w:p>
              </w:tc>
              <w:tc>
                <w:tcPr>
                  <w:tcW w:type="dxa" w:w="7427"/>
                  <w:vAlign w:val="bottom"/>
                </w:tcPr>
                <w:p>
                  <w:pPr>
                    <w:jc w:val="center"/>
                  </w:pPr>
                  <w:r>
                    <w:rPr>
                      <w:sz w:val="12"/>
                    </w:rPr>
                    <w:t>(in figures and in words — in words and in figures)</w:t>
                  </w:r>
                </w:p>
              </w:tc>
            </w:tr>
          </w:tbl>
          <w:p>
            <w:pPr/>
            <w:r/>
          </w:p>
          <w:p>
            <w:pPr>
              <w:spacing w:line="100" w:lineRule="exact"/>
            </w:pPr>
            <w:r>
              <w:rPr>
                <w:sz w:val="2"/>
              </w:rPr>
            </w:r>
          </w:p>
          <w:tbl>
            <w:tblPr>
              <w:tblW w:type="dxa" w:w="7484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56"/>
              <w:gridCol w:w="7427"/>
            </w:tblGrid>
            <w:tr>
              <w:tc>
                <w:tcPr>
                  <w:tcW w:type="dxa" w:w="56"/>
                  <w:vAlign w:val="bottom"/>
                </w:tcPr>
                <w:p>
                  <w:pPr/>
                  <w:r>
                    <w:rPr/>
                  </w:r>
                </w:p>
              </w:tc>
              <w:tc>
                <w:tcPr>
                  <w:tcW w:type="dxa" w:w="7427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twenty-eighth year</w:t>
                  </w:r>
                </w:p>
              </w:tc>
            </w:tr>
          </w:tbl>
          <w:p>
            <w:pPr/>
            <w:r/>
          </w:p>
          <w:p>
            <w:pPr>
              <w:spacing w:before="40"/>
              <w:jc w:val="left"/>
            </w:pPr>
            <w:r>
              <w:rPr>
                <w:b w:val="0"/>
                <w:sz w:val="17"/>
              </w:rPr>
              <w:t>Place of birth: city, settlement</w:t>
            </w:r>
          </w:p>
          <w:p>
            <w:pPr>
              <w:spacing w:before="0"/>
              <w:jc w:val="left"/>
            </w:pPr>
            <w:r>
              <w:rPr>
                <w:b w:val="0"/>
                <w:sz w:val="17"/>
              </w:rPr>
              <w:t>Place of birth: city, village</w:t>
            </w:r>
          </w:p>
          <w:p>
            <w:pPr>
              <w:spacing w:line="40" w:lineRule="exact"/>
            </w:pPr>
            <w:r>
              <w:rPr>
                <w:sz w:val="2"/>
              </w:rPr>
            </w:r>
          </w:p>
          <w:tbl>
            <w:tblPr>
              <w:tblW w:type="dxa" w:w="7484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56"/>
              <w:gridCol w:w="7427"/>
            </w:tblGrid>
            <w:tr>
              <w:tc>
                <w:tcPr>
                  <w:tcW w:type="dxa" w:w="56"/>
                  <w:vAlign w:val="bottom"/>
                </w:tcPr>
                <w:p>
                  <w:pPr/>
                  <w:r>
                    <w:rPr/>
                  </w:r>
                </w:p>
              </w:tc>
              <w:tc>
                <w:tcPr>
                  <w:tcW w:type="dxa" w:w="7427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Zarkent v/c</w:t>
                  </w:r>
                </w:p>
              </w:tc>
            </w:tr>
          </w:tbl>
          <w:p>
            <w:pPr/>
            <w:r/>
          </w:p>
          <w:p>
            <w:pPr>
              <w:spacing w:line="200" w:lineRule="exact"/>
            </w:pPr>
            <w:r>
              <w:rPr>
                <w:sz w:val="2"/>
              </w:rPr>
            </w:r>
          </w:p>
          <w:tbl>
            <w:tblPr>
              <w:tblW w:type="dxa" w:w="7484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907"/>
              <w:gridCol w:w="6577"/>
            </w:tblGrid>
            <w:tr>
              <w:tc>
                <w:tcPr>
                  <w:tcW w:type="dxa" w:w="907"/>
                  <w:vAlign w:val="bottom"/>
                </w:tcPr>
                <w:p>
                  <w:pPr/>
                  <w:r>
                    <w:rPr/>
                    <w:t>district</w:t>
                  </w:r>
                </w:p>
              </w:tc>
              <w:tc>
                <w:tcPr>
                  <w:tcW w:type="dxa" w:w="6577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Yangikurgan</w:t>
                  </w:r>
                </w:p>
              </w:tc>
            </w:tr>
          </w:tbl>
          <w:p>
            <w:pPr/>
            <w:r/>
          </w:p>
          <w:p>
            <w:pPr>
              <w:spacing w:line="200" w:lineRule="exact"/>
            </w:pPr>
            <w:r>
              <w:rPr>
                <w:sz w:val="2"/>
              </w:rPr>
            </w:r>
          </w:p>
          <w:tbl>
            <w:tblPr>
              <w:tblW w:type="dxa" w:w="7484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907"/>
              <w:gridCol w:w="6577"/>
            </w:tblGrid>
            <w:tr>
              <w:tc>
                <w:tcPr>
                  <w:tcW w:type="dxa" w:w="907"/>
                  <w:vAlign w:val="bottom"/>
                </w:tcPr>
                <w:p>
                  <w:pPr/>
                  <w:r>
                    <w:rPr/>
                    <w:t>region</w:t>
                  </w:r>
                </w:p>
              </w:tc>
              <w:tc>
                <w:tcPr>
                  <w:tcW w:type="dxa" w:w="6577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Namangan</w:t>
                  </w:r>
                </w:p>
              </w:tc>
            </w:tr>
          </w:tbl>
          <w:p>
            <w:pPr/>
            <w:r/>
          </w:p>
          <w:p>
            <w:pPr>
              <w:spacing w:line="200" w:lineRule="exact"/>
            </w:pPr>
            <w:r>
              <w:rPr>
                <w:sz w:val="2"/>
              </w:rPr>
            </w:r>
          </w:p>
          <w:tbl>
            <w:tblPr>
              <w:tblW w:type="dxa" w:w="7484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1247"/>
              <w:gridCol w:w="6237"/>
            </w:tblGrid>
            <w:tr>
              <w:tc>
                <w:tcPr>
                  <w:tcW w:type="dxa" w:w="1247"/>
                  <w:vAlign w:val="bottom"/>
                </w:tcPr>
                <w:p>
                  <w:pPr/>
                  <w:r>
                    <w:rPr/>
                    <w:t>republic</w:t>
                  </w:r>
                </w:p>
              </w:tc>
              <w:tc>
                <w:tcPr>
                  <w:tcW w:type="dxa" w:w="6237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Uzbek SSR</w:t>
                  </w:r>
                </w:p>
              </w:tc>
            </w:tr>
          </w:tbl>
          <w:p>
            <w:pPr/>
            <w:r/>
          </w:p>
          <w:p>
            <w:pPr>
              <w:spacing w:before="120"/>
              <w:jc w:val="left"/>
            </w:pPr>
            <w:r>
              <w:rPr>
                <w:b w:val="0"/>
                <w:sz w:val="17"/>
              </w:rPr>
              <w:t>about which in the birth registration book</w:t>
            </w:r>
          </w:p>
          <w:p>
            <w:pPr>
              <w:spacing w:before="0"/>
              <w:jc w:val="left"/>
            </w:pPr>
            <w:r>
              <w:rPr>
                <w:b w:val="0"/>
                <w:sz w:val="17"/>
              </w:rPr>
              <w:t>about this in the birth registration book</w:t>
            </w:r>
          </w:p>
          <w:p>
            <w:pPr>
              <w:spacing w:line="100" w:lineRule="exact"/>
            </w:pPr>
            <w:r>
              <w:rPr>
                <w:sz w:val="2"/>
              </w:rPr>
            </w:r>
          </w:p>
          <w:tbl>
            <w:tblPr>
              <w:tblW w:type="dxa" w:w="7484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283"/>
              <w:gridCol w:w="793"/>
              <w:gridCol w:w="680"/>
              <w:gridCol w:w="2211"/>
              <w:gridCol w:w="1077"/>
              <w:gridCol w:w="1304"/>
              <w:gridCol w:w="1134"/>
            </w:tblGrid>
            <w:tr>
              <w:tc>
                <w:tcPr>
                  <w:tcW w:type="dxa" w:w="283"/>
                  <w:vAlign w:val="bottom"/>
                </w:tcPr>
                <w:p>
                  <w:pPr>
                    <w:jc w:val="right"/>
                  </w:pPr>
                  <w:r>
                    <w:rPr/>
                    <w:t>19</w:t>
                  </w:r>
                </w:p>
              </w:tc>
              <w:tc>
                <w:tcPr>
                  <w:tcW w:type="dxa" w:w="793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51</w:t>
                  </w:r>
                </w:p>
              </w:tc>
              <w:tc>
                <w:tcPr>
                  <w:tcW w:type="dxa" w:w="680"/>
                  <w:vAlign w:val="bottom"/>
                </w:tcPr>
                <w:p>
                  <w:pPr/>
                  <w:r>
                    <w:rPr/>
                    <w:t>year</w:t>
                  </w:r>
                </w:p>
              </w:tc>
              <w:tc>
                <w:tcPr>
                  <w:tcW w:type="dxa" w:w="2211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January</w:t>
                  </w:r>
                </w:p>
              </w:tc>
              <w:tc>
                <w:tcPr>
                  <w:tcW w:type="dxa" w:w="1077"/>
                  <w:vAlign w:val="bottom"/>
                </w:tcPr>
                <w:p>
                  <w:pPr/>
                  <w:r>
                    <w:rPr/>
                    <w:t>month</w:t>
                  </w:r>
                </w:p>
              </w:tc>
              <w:tc>
                <w:tcPr>
                  <w:tcW w:type="dxa" w:w="1304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10</w:t>
                  </w:r>
                </w:p>
              </w:tc>
              <w:tc>
                <w:tcPr>
                  <w:tcW w:type="dxa" w:w="1134"/>
                  <w:vAlign w:val="bottom"/>
                </w:tcPr>
                <w:p>
                  <w:pPr>
                    <w:jc w:val="right"/>
                  </w:pPr>
                  <w:r>
                    <w:rPr/>
                    <w:t>day</w:t>
                  </w:r>
                </w:p>
              </w:tc>
            </w:tr>
            <w:tr>
              <w:tc>
                <w:tcPr>
                  <w:tcW w:type="dxa" w:w="283"/>
                  <w:vAlign w:val="bottom"/>
                </w:tcPr>
                <w:p>
                  <w:pPr/>
                  <w:r>
                    <w:rPr/>
                  </w:r>
                </w:p>
              </w:tc>
              <w:tc>
                <w:tcPr>
                  <w:tcW w:type="dxa" w:w="793"/>
                  <w:vAlign w:val="bottom"/>
                </w:tcPr>
                <w:p>
                  <w:pPr/>
                  <w:r>
                    <w:rPr/>
                  </w:r>
                </w:p>
              </w:tc>
              <w:tc>
                <w:tcPr>
                  <w:tcW w:type="dxa" w:w="680"/>
                  <w:vAlign w:val="bottom"/>
                </w:tcPr>
                <w:p>
                  <w:pPr/>
                  <w:r>
                    <w:rPr/>
                    <w:t>year</w:t>
                  </w:r>
                </w:p>
              </w:tc>
              <w:tc>
                <w:tcPr>
                  <w:tcW w:type="dxa" w:w="2211"/>
                  <w:vAlign w:val="bottom"/>
                </w:tcPr>
                <w:p>
                  <w:pPr/>
                  <w:r>
                    <w:rPr/>
                  </w:r>
                </w:p>
              </w:tc>
              <w:tc>
                <w:tcPr>
                  <w:tcW w:type="dxa" w:w="1077"/>
                  <w:vAlign w:val="bottom"/>
                </w:tcPr>
                <w:p>
                  <w:pPr/>
                  <w:r>
                    <w:rPr/>
                    <w:t>month</w:t>
                  </w:r>
                </w:p>
              </w:tc>
              <w:tc>
                <w:tcPr>
                  <w:tcW w:type="dxa" w:w="1304"/>
                  <w:vAlign w:val="bottom"/>
                </w:tcPr>
                <w:p>
                  <w:pPr/>
                  <w:r>
                    <w:rPr/>
                  </w:r>
                </w:p>
              </w:tc>
              <w:tc>
                <w:tcPr>
                  <w:tcW w:type="dxa" w:w="1134"/>
                  <w:vAlign w:val="bottom"/>
                </w:tcPr>
                <w:p>
                  <w:pPr>
                    <w:jc w:val="right"/>
                  </w:pPr>
                  <w:r>
                    <w:rPr/>
                    <w:t>day</w:t>
                  </w:r>
                </w:p>
              </w:tc>
            </w:tr>
          </w:tbl>
          <w:p>
            <w:pPr/>
            <w:r/>
          </w:p>
          <w:p>
            <w:pPr>
              <w:spacing w:line="160" w:lineRule="exact"/>
            </w:pPr>
            <w:r>
              <w:rPr>
                <w:sz w:val="2"/>
              </w:rPr>
            </w:r>
          </w:p>
          <w:tbl>
            <w:tblPr>
              <w:tblW w:type="dxa" w:w="7484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2381"/>
              <w:gridCol w:w="1927"/>
              <w:gridCol w:w="3175"/>
            </w:tblGrid>
            <w:tr>
              <w:tc>
                <w:tcPr>
                  <w:tcW w:type="dxa" w:w="2381"/>
                  <w:vAlign w:val="bottom"/>
                </w:tcPr>
                <w:p>
                  <w:pPr/>
                  <w:r>
                    <w:rPr/>
                    <w:t>entry made under No.</w:t>
                  </w:r>
                </w:p>
              </w:tc>
              <w:tc>
                <w:tcPr>
                  <w:tcW w:type="dxa" w:w="1927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46</w:t>
                  </w:r>
                </w:p>
              </w:tc>
              <w:tc>
                <w:tcPr>
                  <w:tcW w:type="dxa" w:w="3175"/>
                  <w:vAlign w:val="bottom"/>
                </w:tcPr>
                <w:p>
                  <w:pPr/>
                  <w:r>
                    <w:rPr/>
                    <w:t>was recorded.</w:t>
                  </w:r>
                </w:p>
              </w:tc>
            </w:tr>
          </w:tbl>
          <w:p>
            <w:pPr/>
            <w:r/>
          </w:p>
        </w:tc>
        <w:tc>
          <w:tcPr>
            <w:tcW w:type="dxa" w:w="7824"/>
          </w:tcPr>
          <w:p>
            <w:pPr>
              <w:spacing w:before="0"/>
              <w:jc w:val="left"/>
            </w:pPr>
            <w:r>
              <w:rPr>
                <w:b/>
                <w:sz w:val="20"/>
              </w:rPr>
              <w:t>PARENTS</w:t>
            </w:r>
          </w:p>
          <w:p>
            <w:pPr>
              <w:spacing w:before="0"/>
              <w:jc w:val="left"/>
            </w:pPr>
            <w:r>
              <w:rPr>
                <w:b/>
                <w:sz w:val="20"/>
              </w:rPr>
              <w:t>PARENTS</w:t>
            </w:r>
          </w:p>
          <w:p>
            <w:pPr>
              <w:spacing w:line="80" w:lineRule="exact"/>
            </w:pPr>
            <w:r>
              <w:rPr>
                <w:sz w:val="2"/>
              </w:rPr>
            </w:r>
          </w:p>
          <w:tbl>
            <w:tblPr>
              <w:tblW w:type="dxa" w:w="7711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1474"/>
              <w:gridCol w:w="6237"/>
            </w:tblGrid>
            <w:tr>
              <w:tc>
                <w:tcPr>
                  <w:tcW w:type="dxa" w:w="1474"/>
                  <w:vAlign w:val="bottom"/>
                </w:tcPr>
                <w:p>
                  <w:pPr/>
                  <w:r>
                    <w:rPr/>
                    <w:t>Father</w:t>
                  </w:r>
                </w:p>
              </w:tc>
              <w:tc>
                <w:tcPr>
                  <w:tcW w:type="dxa" w:w="6237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Beknazarov</w:t>
                  </w:r>
                </w:p>
              </w:tc>
            </w:tr>
            <w:tr>
              <w:tc>
                <w:tcPr>
                  <w:tcW w:type="dxa" w:w="1474"/>
                  <w:vAlign w:val="bottom"/>
                </w:tcPr>
                <w:p>
                  <w:pPr/>
                  <w:r>
                    <w:rPr/>
                    <w:t>Father</w:t>
                  </w:r>
                </w:p>
              </w:tc>
              <w:tc>
                <w:tcPr>
                  <w:tcW w:type="dxa" w:w="6237"/>
                  <w:vAlign w:val="bottom"/>
                </w:tcPr>
                <w:p>
                  <w:pPr>
                    <w:jc w:val="center"/>
                  </w:pPr>
                  <w:r>
                    <w:rPr>
                      <w:sz w:val="12"/>
                    </w:rPr>
                    <w:t>surname — surname,</w:t>
                  </w:r>
                </w:p>
              </w:tc>
            </w:tr>
          </w:tbl>
          <w:p>
            <w:pPr/>
            <w:r/>
          </w:p>
          <w:tbl>
            <w:tblPr>
              <w:tblW w:type="dxa" w:w="7711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56"/>
              <w:gridCol w:w="7654"/>
            </w:tblGrid>
            <w:tr>
              <w:tc>
                <w:tcPr>
                  <w:tcW w:type="dxa" w:w="56"/>
                  <w:vAlign w:val="bottom"/>
                </w:tcPr>
                <w:p>
                  <w:pPr/>
                  <w:r>
                    <w:rPr/>
                  </w:r>
                </w:p>
              </w:tc>
              <w:tc>
                <w:tcPr>
                  <w:tcW w:type="dxa" w:w="7654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Ibragim</w:t>
                  </w:r>
                </w:p>
              </w:tc>
            </w:tr>
            <w:tr>
              <w:tc>
                <w:tcPr>
                  <w:tcW w:type="dxa" w:w="56"/>
                  <w:vAlign w:val="bottom"/>
                </w:tcPr>
                <w:p>
                  <w:pPr/>
                  <w:r>
                    <w:rPr/>
                  </w:r>
                </w:p>
              </w:tc>
              <w:tc>
                <w:tcPr>
                  <w:tcW w:type="dxa" w:w="7654"/>
                  <w:vAlign w:val="bottom"/>
                </w:tcPr>
                <w:p>
                  <w:pPr>
                    <w:jc w:val="center"/>
                  </w:pPr>
                  <w:r>
                    <w:rPr>
                      <w:sz w:val="12"/>
                    </w:rPr>
                    <w:t>name, patronymic — name, father's name</w:t>
                  </w:r>
                </w:p>
              </w:tc>
            </w:tr>
          </w:tbl>
          <w:p>
            <w:pPr/>
            <w:r/>
          </w:p>
          <w:p>
            <w:pPr>
              <w:spacing w:line="20" w:lineRule="exact"/>
            </w:pPr>
            <w:r>
              <w:rPr>
                <w:sz w:val="2"/>
              </w:rPr>
            </w:r>
          </w:p>
          <w:tbl>
            <w:tblPr>
              <w:tblW w:type="dxa" w:w="7711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1814"/>
              <w:gridCol w:w="5896"/>
            </w:tblGrid>
            <w:tr>
              <w:tc>
                <w:tcPr>
                  <w:tcW w:type="dxa" w:w="1814"/>
                  <w:vAlign w:val="bottom"/>
                </w:tcPr>
                <w:p>
                  <w:pPr/>
                  <w:r>
                    <w:rPr/>
                    <w:t>ethnicity</w:t>
                  </w:r>
                </w:p>
              </w:tc>
              <w:tc>
                <w:tcPr>
                  <w:tcW w:type="dxa" w:w="5896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Uzbek</w:t>
                  </w:r>
                </w:p>
              </w:tc>
            </w:tr>
            <w:tr>
              <w:tc>
                <w:tcPr>
                  <w:tcW w:type="dxa" w:w="1814"/>
                  <w:vAlign w:val="bottom"/>
                </w:tcPr>
                <w:p>
                  <w:pPr/>
                  <w:r>
                    <w:rPr/>
                    <w:t>ethnicity</w:t>
                  </w:r>
                </w:p>
              </w:tc>
              <w:tc>
                <w:tcPr>
                  <w:tcW w:type="dxa" w:w="5896"/>
                  <w:vAlign w:val="bottom"/>
                </w:tcPr>
                <w:p>
                  <w:pPr>
                    <w:jc w:val="center"/>
                  </w:pPr>
                  <w:r>
                    <w:rPr>
                      <w:sz w:val="12"/>
                    </w:rPr>
                  </w:r>
                </w:p>
              </w:tc>
            </w:tr>
          </w:tbl>
          <w:p>
            <w:pPr/>
            <w:r/>
          </w:p>
          <w:tbl>
            <w:tblPr>
              <w:tblW w:type="dxa" w:w="7711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1814"/>
              <w:gridCol w:w="5896"/>
            </w:tblGrid>
            <w:tr>
              <w:tc>
                <w:tcPr>
                  <w:tcW w:type="dxa" w:w="1814"/>
                  <w:vAlign w:val="bottom"/>
                </w:tcPr>
                <w:p>
                  <w:pPr/>
                  <w:r>
                    <w:rPr/>
                    <w:t>Mother</w:t>
                  </w:r>
                </w:p>
              </w:tc>
              <w:tc>
                <w:tcPr>
                  <w:tcW w:type="dxa" w:w="5896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Beknazarova</w:t>
                  </w:r>
                </w:p>
              </w:tc>
            </w:tr>
            <w:tr>
              <w:tc>
                <w:tcPr>
                  <w:tcW w:type="dxa" w:w="1814"/>
                  <w:vAlign w:val="bottom"/>
                </w:tcPr>
                <w:p>
                  <w:pPr/>
                  <w:r>
                    <w:rPr/>
                    <w:t>Mother</w:t>
                  </w:r>
                </w:p>
              </w:tc>
              <w:tc>
                <w:tcPr>
                  <w:tcW w:type="dxa" w:w="5896"/>
                  <w:vAlign w:val="bottom"/>
                </w:tcPr>
                <w:p>
                  <w:pPr>
                    <w:jc w:val="center"/>
                  </w:pPr>
                  <w:r>
                    <w:rPr>
                      <w:sz w:val="12"/>
                    </w:rPr>
                    <w:t>surname — surname,</w:t>
                  </w:r>
                </w:p>
              </w:tc>
            </w:tr>
          </w:tbl>
          <w:p>
            <w:pPr/>
            <w:r/>
          </w:p>
          <w:tbl>
            <w:tblPr>
              <w:tblW w:type="dxa" w:w="7711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56"/>
              <w:gridCol w:w="7654"/>
            </w:tblGrid>
            <w:tr>
              <w:tc>
                <w:tcPr>
                  <w:tcW w:type="dxa" w:w="56"/>
                  <w:vAlign w:val="bottom"/>
                </w:tcPr>
                <w:p>
                  <w:pPr/>
                  <w:r>
                    <w:rPr/>
                  </w:r>
                </w:p>
              </w:tc>
              <w:tc>
                <w:tcPr>
                  <w:tcW w:type="dxa" w:w="7654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Agakhon</w:t>
                  </w:r>
                </w:p>
              </w:tc>
            </w:tr>
            <w:tr>
              <w:tc>
                <w:tcPr>
                  <w:tcW w:type="dxa" w:w="56"/>
                  <w:vAlign w:val="bottom"/>
                </w:tcPr>
                <w:p>
                  <w:pPr/>
                  <w:r>
                    <w:rPr/>
                  </w:r>
                </w:p>
              </w:tc>
              <w:tc>
                <w:tcPr>
                  <w:tcW w:type="dxa" w:w="7654"/>
                  <w:vAlign w:val="bottom"/>
                </w:tcPr>
                <w:p>
                  <w:pPr>
                    <w:jc w:val="center"/>
                  </w:pPr>
                  <w:r>
                    <w:rPr>
                      <w:sz w:val="12"/>
                    </w:rPr>
                    <w:t>name, patronymic — name, father's name</w:t>
                  </w:r>
                </w:p>
              </w:tc>
            </w:tr>
          </w:tbl>
          <w:p>
            <w:pPr/>
            <w:r/>
          </w:p>
          <w:p>
            <w:pPr>
              <w:spacing w:line="60" w:lineRule="exact"/>
            </w:pPr>
            <w:r>
              <w:rPr>
                <w:sz w:val="2"/>
              </w:rPr>
            </w:r>
          </w:p>
          <w:tbl>
            <w:tblPr>
              <w:tblW w:type="dxa" w:w="7711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1814"/>
              <w:gridCol w:w="5896"/>
            </w:tblGrid>
            <w:tr>
              <w:tc>
                <w:tcPr>
                  <w:tcW w:type="dxa" w:w="1814"/>
                  <w:vAlign w:val="bottom"/>
                </w:tcPr>
                <w:p>
                  <w:pPr/>
                  <w:r>
                    <w:rPr/>
                    <w:t>ethnicity</w:t>
                  </w:r>
                </w:p>
              </w:tc>
              <w:tc>
                <w:tcPr>
                  <w:tcW w:type="dxa" w:w="5896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Uzbek</w:t>
                  </w:r>
                </w:p>
              </w:tc>
            </w:tr>
            <w:tr>
              <w:tc>
                <w:tcPr>
                  <w:tcW w:type="dxa" w:w="1814"/>
                  <w:vAlign w:val="bottom"/>
                </w:tcPr>
                <w:p>
                  <w:pPr/>
                  <w:r>
                    <w:rPr/>
                    <w:t>ethnicity</w:t>
                  </w:r>
                </w:p>
              </w:tc>
              <w:tc>
                <w:tcPr>
                  <w:tcW w:type="dxa" w:w="5896"/>
                  <w:vAlign w:val="bottom"/>
                </w:tcPr>
                <w:p>
                  <w:pPr>
                    <w:jc w:val="center"/>
                  </w:pPr>
                  <w:r>
                    <w:rPr>
                      <w:sz w:val="12"/>
                    </w:rPr>
                  </w:r>
                </w:p>
              </w:tc>
            </w:tr>
          </w:tbl>
          <w:p>
            <w:pPr/>
            <w:r/>
          </w:p>
          <w:tbl>
            <w:tblPr>
              <w:tblW w:type="dxa" w:w="7711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2041"/>
              <w:gridCol w:w="5670"/>
            </w:tblGrid>
            <w:tr>
              <w:tc>
                <w:tcPr>
                  <w:tcW w:type="dxa" w:w="2041"/>
                  <w:vAlign w:val="bottom"/>
                </w:tcPr>
                <w:p>
                  <w:pPr/>
                  <w:r>
                    <w:rPr/>
                    <w:t>Place of registration</w:t>
                  </w:r>
                </w:p>
              </w:tc>
              <w:tc>
                <w:tcPr>
                  <w:tcW w:type="dxa" w:w="5670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Uzbek SSR Namangan</w:t>
                  </w:r>
                </w:p>
              </w:tc>
            </w:tr>
            <w:tr>
              <w:tc>
                <w:tcPr>
                  <w:tcW w:type="dxa" w:w="2041"/>
                  <w:vAlign w:val="bottom"/>
                </w:tcPr>
                <w:p>
                  <w:pPr/>
                  <w:r>
                    <w:rPr/>
                    <w:t>Place of registration</w:t>
                  </w:r>
                </w:p>
              </w:tc>
              <w:tc>
                <w:tcPr>
                  <w:tcW w:type="dxa" w:w="5670"/>
                  <w:vAlign w:val="bottom"/>
                </w:tcPr>
                <w:p>
                  <w:pPr>
                    <w:jc w:val="center"/>
                  </w:pPr>
                  <w:r>
                    <w:rPr>
                      <w:sz w:val="12"/>
                    </w:rPr>
                    <w:t>name and location of the body</w:t>
                  </w:r>
                </w:p>
              </w:tc>
            </w:tr>
          </w:tbl>
          <w:p>
            <w:pPr/>
            <w:r/>
          </w:p>
          <w:tbl>
            <w:tblPr>
              <w:tblW w:type="dxa" w:w="7711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56"/>
              <w:gridCol w:w="7654"/>
            </w:tblGrid>
            <w:tr>
              <w:tc>
                <w:tcPr>
                  <w:tcW w:type="dxa" w:w="56"/>
                  <w:vAlign w:val="bottom"/>
                </w:tcPr>
                <w:p>
                  <w:pPr/>
                  <w:r>
                    <w:rPr/>
                  </w:r>
                </w:p>
              </w:tc>
              <w:tc>
                <w:tcPr>
                  <w:tcW w:type="dxa" w:w="7654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region Yangikurgan</w:t>
                  </w:r>
                </w:p>
              </w:tc>
            </w:tr>
            <w:tr>
              <w:tc>
                <w:tcPr>
                  <w:tcW w:type="dxa" w:w="56"/>
                  <w:vAlign w:val="bottom"/>
                </w:tcPr>
                <w:p>
                  <w:pPr/>
                  <w:r>
                    <w:rPr/>
                  </w:r>
                </w:p>
              </w:tc>
              <w:tc>
                <w:tcPr>
                  <w:tcW w:type="dxa" w:w="7654"/>
                  <w:vAlign w:val="bottom"/>
                </w:tcPr>
                <w:p>
                  <w:pPr>
                    <w:jc w:val="center"/>
                  </w:pPr>
                  <w:r>
                    <w:rPr>
                      <w:sz w:val="12"/>
                    </w:rPr>
                    <w:t>Civil Registry Office — name and location of the Civil Registry Office</w:t>
                  </w:r>
                </w:p>
              </w:tc>
            </w:tr>
          </w:tbl>
          <w:p>
            <w:pPr/>
            <w:r/>
          </w:p>
          <w:p>
            <w:pPr>
              <w:spacing w:line="20" w:lineRule="exact"/>
            </w:pPr>
            <w:r>
              <w:rPr>
                <w:sz w:val="2"/>
              </w:rPr>
            </w:r>
          </w:p>
          <w:tbl>
            <w:tblPr>
              <w:tblW w:type="dxa" w:w="7711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56"/>
              <w:gridCol w:w="7654"/>
            </w:tblGrid>
            <w:tr>
              <w:tc>
                <w:tcPr>
                  <w:tcW w:type="dxa" w:w="56"/>
                  <w:vAlign w:val="bottom"/>
                </w:tcPr>
                <w:p>
                  <w:pPr/>
                  <w:r>
                    <w:rPr/>
                  </w:r>
                </w:p>
              </w:tc>
              <w:tc>
                <w:tcPr>
                  <w:tcW w:type="dxa" w:w="7654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i/>
                      <w:color w:val="202040"/>
                      <w:sz w:val="22"/>
                    </w:rPr>
                    <w:t>district Civil Registry department</w:t>
                  </w:r>
                </w:p>
              </w:tc>
            </w:tr>
          </w:tbl>
          <w:p>
            <w:pPr/>
            <w:r/>
          </w:p>
          <w:p>
            <w:pPr>
              <w:spacing w:line="80" w:lineRule="exact"/>
            </w:pPr>
            <w:r>
              <w:rPr>
                <w:sz w:val="2"/>
              </w:rPr>
            </w:r>
          </w:p>
          <w:tbl>
            <w:tblPr>
              <w:tblW w:type="dxa" w:w="7711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1701"/>
              <w:gridCol w:w="5556"/>
              <w:gridCol w:w="453"/>
            </w:tblGrid>
            <w:tr>
              <w:tc>
                <w:tcPr>
                  <w:tcW w:type="dxa" w:w="1701"/>
                  <w:vAlign w:val="bottom"/>
                </w:tcPr>
                <w:p>
                  <w:pPr/>
                  <w:r>
                    <w:rPr/>
                    <w:t>Date of issue</w:t>
                  </w:r>
                </w:p>
              </w:tc>
              <w:tc>
                <w:tcPr>
                  <w:tcW w:type="dxa" w:w="5556"/>
                  <w:tcBorders>
                    <w:top w:val="none"/>
                    <w:left w:val="none"/>
                    <w:bottom w:val="dotted" w:sz="4" w:color="000000"/>
                    <w:right w:val="none"/>
                  </w:tcBorders>
                  <w:vAlign w:val="bottom"/>
                </w:tcPr>
                <w:p>
                  <w:pPr>
                    <w:jc w:val="center"/>
                  </w:pPr>
                  <w:r>
                    <w:rPr/>
                    <w:t xml:space="preserve">February </w:t>
                  </w:r>
                  <w:r>
                    <w:rPr>
                      <w:i/>
                    </w:rPr>
                    <w:t>26</w:t>
                  </w:r>
                  <w:r>
                    <w:rPr/>
                    <w:t>, 19</w:t>
                  </w:r>
                  <w:r>
                    <w:rPr>
                      <w:i/>
                    </w:rPr>
                    <w:t>73</w:t>
                  </w:r>
                </w:p>
              </w:tc>
              <w:tc>
                <w:tcPr>
                  <w:tcW w:type="dxa" w:w="453"/>
                  <w:vAlign w:val="bottom"/>
                </w:tcPr>
                <w:p>
                  <w:pPr>
                    <w:jc w:val="right"/>
                  </w:pPr>
                  <w:r>
                    <w:rPr/>
                    <w:t>y.</w:t>
                  </w:r>
                </w:p>
              </w:tc>
            </w:tr>
            <w:tr>
              <w:tc>
                <w:tcPr>
                  <w:tcW w:type="dxa" w:w="1701"/>
                  <w:vAlign w:val="bottom"/>
                </w:tcPr>
                <w:p>
                  <w:pPr/>
                  <w:r>
                    <w:rPr/>
                    <w:t>Time of issue</w:t>
                  </w:r>
                </w:p>
              </w:tc>
              <w:tc>
                <w:tcPr>
                  <w:tcW w:type="dxa" w:w="5556"/>
                  <w:vAlign w:val="bottom"/>
                </w:tcPr>
                <w:p>
                  <w:pPr/>
                  <w:r>
                    <w:rPr/>
                  </w:r>
                </w:p>
              </w:tc>
              <w:tc>
                <w:tcPr>
                  <w:tcW w:type="dxa" w:w="453"/>
                  <w:vAlign w:val="bottom"/>
                </w:tcPr>
                <w:p>
                  <w:pPr>
                    <w:jc w:val="right"/>
                  </w:pPr>
                  <w:r>
                    <w:rPr/>
                    <w:t>y.</w:t>
                  </w:r>
                </w:p>
              </w:tc>
            </w:tr>
          </w:tbl>
          <w:p>
            <w:pPr/>
            <w:r/>
          </w:p>
          <w:tbl>
            <w:tblPr>
              <w:tblW w:type="dxa" w:w="7711"/>
              <w:tblLook w:firstColumn="1" w:firstRow="1" w:lastColumn="0" w:lastRow="0" w:noHBand="0" w:noVBand="1" w:val="04A0"/>
              <w:tblLayout w:type="fixed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20" w:type="dxa"/>
                <w:right w:w="20" w:type="dxa"/>
                <w:top w:w="20" w:type="dxa"/>
                <w:bottom w:w="20" w:type="dxa"/>
              </w:tblCellMar>
            </w:tblPr>
            <w:tblGrid>
              <w:gridCol w:w="2494"/>
              <w:gridCol w:w="5216"/>
            </w:tblGrid>
            <w:tr>
              <w:tc>
                <w:tcPr>
                  <w:tcW w:type="dxa" w:w="2494"/>
                </w:tcPr>
                <w:p>
                  <w:pPr/>
                  <w:r>
                    <w:drawing>
                      <wp:inline xmlns:a="http://schemas.openxmlformats.org/drawingml/2006/main" xmlns:pic="http://schemas.openxmlformats.org/drawingml/2006/picture">
                        <wp:extent cx="1404000" cy="1440947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seal_1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4000" cy="14409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5216"/>
                </w:tcPr>
                <w:p>
                  <w:pPr>
                    <w:spacing w:before="60"/>
                    <w:jc w:val="right"/>
                  </w:pPr>
                  <w:r>
                    <w:rPr/>
                    <w:t>Head of department (bureau)</w:t>
                  </w:r>
                </w:p>
                <w:p>
                  <w:pPr>
                    <w:jc w:val="right"/>
                  </w:pPr>
                  <w:r>
                    <w:rPr/>
                    <w:t>L. S. of the civil status acts registration</w:t>
                  </w:r>
                </w:p>
                <w:p>
                  <w:pPr>
                    <w:jc w:val="right"/>
                  </w:pPr>
                  <w:r>
                    <w:rPr/>
                    <w:t>L. S. of the civil status acts</w:t>
                  </w:r>
                </w:p>
                <w:p>
                  <w:pPr>
                    <w:jc w:val="right"/>
                  </w:pPr>
                  <w:r>
                    <w:rPr/>
                    <w:t>registration department (bureau) head</w:t>
                  </w:r>
                </w:p>
                <w:p>
                  <w:pPr>
                    <w:jc w:val="right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68000" cy="467400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signature_1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8000" cy="4674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sz w:val="22"/>
                    </w:rPr>
                    <w:t>I-ЧА № 367288</w:t>
                  </w:r>
                </w:p>
              </w:tc>
            </w:tr>
          </w:tbl>
          <w:p>
            <w:pPr/>
            <w:r/>
          </w:p>
          <w:p>
            <w:pPr>
              <w:spacing w:before="0" w:line="140" w:lineRule="exact"/>
              <w:jc w:val="left"/>
            </w:pPr>
            <w:r>
              <w:rPr>
                <w:b w:val="0"/>
                <w:sz w:val="12"/>
              </w:rPr>
              <w:t>7</w:t>
            </w:r>
          </w:p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6838" w:h="11906" w:orient="landscape"/>
      <w:pgMar w:top="454" w:right="680" w:bottom="283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