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5479"/>
        <w:tblLook w:firstColumn="1" w:firstRow="1" w:lastColumn="0" w:lastRow="0" w:noHBand="0" w:noVBand="1" w:val="04A0"/>
        <w:tblLayout w:type="fixed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20" w:type="dxa"/>
          <w:right w:w="20" w:type="dxa"/>
          <w:top w:w="20" w:type="dxa"/>
          <w:bottom w:w="20" w:type="dxa"/>
        </w:tblCellMar>
      </w:tblPr>
      <w:tblGrid>
        <w:gridCol w:w="7654"/>
        <w:gridCol w:w="7824"/>
      </w:tblGrid>
      <w:tr>
        <w:tc>
          <w:tcPr>
            <w:tcW w:type="dxa" w:w="7654"/>
          </w:tcPr>
          <w:p>
            <w:pPr>
              <w:spacing w:before="200"/>
              <w:jc w:val="center"/>
            </w:pPr>
            <w:r>
              <w:rPr>
                <w:b/>
                <w:sz w:val="26"/>
                <w:spacing w:val="10"/>
              </w:rPr>
              <w:t>СВИДЕТЕЛЬСТВО О РОЖДЕНИИ</w:t>
            </w:r>
          </w:p>
          <w:p>
            <w:pPr>
              <w:spacing w:before="0"/>
              <w:jc w:val="center"/>
            </w:pPr>
            <w:r>
              <w:rPr>
                <w:b/>
                <w:sz w:val="26"/>
                <w:spacing w:val="10"/>
              </w:rPr>
              <w:t>ТУҒИЛГАНЛИК ҲАҚИДА ГУВОҲНОМА</w:t>
            </w:r>
          </w:p>
          <w:p>
            <w:pPr>
              <w:spacing w:line="520" w:lineRule="exact"/>
            </w:pPr>
            <w:r>
              <w:rPr>
                <w:sz w:val="2"/>
              </w:rPr>
            </w:r>
          </w:p>
          <w:tbl>
            <w:tblPr>
              <w:tblW w:type="dxa" w:w="7484"/>
              <w:tblLook w:firstColumn="1" w:firstRow="1" w:lastColumn="0" w:lastRow="0" w:noHBand="0" w:noVBand="1" w:val="04A0"/>
              <w:tblLayout w:type="fixed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20" w:type="dxa"/>
                <w:right w:w="20" w:type="dxa"/>
                <w:top w:w="20" w:type="dxa"/>
                <w:bottom w:w="20" w:type="dxa"/>
              </w:tblCellMar>
            </w:tblPr>
            <w:tblGrid>
              <w:gridCol w:w="1814"/>
              <w:gridCol w:w="5670"/>
            </w:tblGrid>
            <w:tr>
              <w:tc>
                <w:tcPr>
                  <w:tcW w:type="dxa" w:w="1814"/>
                  <w:vAlign w:val="bottom"/>
                </w:tcPr>
                <w:p>
                  <w:r>
                    <w:t>Гражданин (ка)</w:t>
                  </w:r>
                </w:p>
              </w:tc>
              <w:tc>
                <w:tcPr>
                  <w:tcW w:type="dxa" w:w="5670"/>
                  <w:tcBorders>
                    <w:top w:val="none"/>
                    <w:left w:val="none"/>
                    <w:bottom w:val="dotted" w:sz="4" w:color="000000"/>
                    <w:right w:val="none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i/>
                      <w:color w:val="202040"/>
                      <w:sz w:val="22"/>
                    </w:rPr>
                    <w:t>Ибрагимов</w:t>
                  </w:r>
                </w:p>
              </w:tc>
            </w:tr>
            <w:tr>
              <w:tc>
                <w:tcPr>
                  <w:tcW w:type="dxa" w:w="1814"/>
                  <w:vAlign w:val="bottom"/>
                </w:tcPr>
                <w:p>
                  <w:r>
                    <w:t>Граждан (ка)</w:t>
                  </w:r>
                </w:p>
              </w:tc>
              <w:tc>
                <w:tcPr>
                  <w:tcW w:type="dxa" w:w="5670"/>
                  <w:vAlign w:val="bottom"/>
                </w:tcPr>
                <w:p>
                  <w:pPr>
                    <w:jc w:val="center"/>
                  </w:pPr>
                  <w:r>
                    <w:rPr>
                      <w:sz w:val="12"/>
                    </w:rPr>
                    <w:t>фамилия — фамилияси,</w:t>
                  </w:r>
                </w:p>
              </w:tc>
            </w:tr>
          </w:tbl>
          <w:p/>
          <w:p>
            <w:pPr>
              <w:spacing w:line="60" w:lineRule="exact"/>
            </w:pPr>
            <w:r>
              <w:rPr>
                <w:sz w:val="2"/>
              </w:rPr>
            </w:r>
          </w:p>
          <w:tbl>
            <w:tblPr>
              <w:tblW w:type="dxa" w:w="7484"/>
              <w:tblLook w:firstColumn="1" w:firstRow="1" w:lastColumn="0" w:lastRow="0" w:noHBand="0" w:noVBand="1" w:val="04A0"/>
              <w:tblLayout w:type="fixed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20" w:type="dxa"/>
                <w:right w:w="20" w:type="dxa"/>
                <w:top w:w="20" w:type="dxa"/>
                <w:bottom w:w="20" w:type="dxa"/>
              </w:tblCellMar>
            </w:tblPr>
            <w:tblGrid>
              <w:gridCol w:w="56"/>
              <w:gridCol w:w="7427"/>
            </w:tblGrid>
            <w:tr>
              <w:tc>
                <w:tcPr>
                  <w:tcW w:type="dxa" w:w="56"/>
                  <w:vAlign w:val="bottom"/>
                </w:tcPr>
                <w:p>
                  <w:r/>
                </w:p>
              </w:tc>
              <w:tc>
                <w:tcPr>
                  <w:tcW w:type="dxa" w:w="7427"/>
                  <w:tcBorders>
                    <w:top w:val="none"/>
                    <w:left w:val="none"/>
                    <w:bottom w:val="dotted" w:sz="4" w:color="000000"/>
                    <w:right w:val="none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i/>
                      <w:color w:val="202040"/>
                      <w:sz w:val="22"/>
                    </w:rPr>
                    <w:t>Мирзаолим  Ибрагимович</w:t>
                  </w:r>
                </w:p>
              </w:tc>
            </w:tr>
            <w:tr>
              <w:tc>
                <w:tcPr>
                  <w:tcW w:type="dxa" w:w="56"/>
                  <w:vAlign w:val="bottom"/>
                </w:tcPr>
                <w:p>
                  <w:r/>
                </w:p>
              </w:tc>
              <w:tc>
                <w:tcPr>
                  <w:tcW w:type="dxa" w:w="7427"/>
                  <w:vAlign w:val="bottom"/>
                </w:tcPr>
                <w:p>
                  <w:pPr>
                    <w:jc w:val="center"/>
                  </w:pPr>
                  <w:r>
                    <w:rPr>
                      <w:sz w:val="12"/>
                    </w:rPr>
                    <w:t>имя, отчество — исми, отасининг исми</w:t>
                  </w:r>
                </w:p>
              </w:tc>
            </w:tr>
          </w:tbl>
          <w:p/>
          <w:p>
            <w:pPr>
              <w:spacing w:line="60" w:lineRule="exact"/>
            </w:pPr>
            <w:r>
              <w:rPr>
                <w:sz w:val="2"/>
              </w:rPr>
            </w:r>
          </w:p>
          <w:tbl>
            <w:tblPr>
              <w:tblW w:type="dxa" w:w="7484"/>
              <w:tblLook w:firstColumn="1" w:firstRow="1" w:lastColumn="0" w:lastRow="0" w:noHBand="0" w:noVBand="1" w:val="04A0"/>
              <w:tblLayout w:type="fixed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20" w:type="dxa"/>
                <w:right w:w="20" w:type="dxa"/>
                <w:top w:w="20" w:type="dxa"/>
                <w:bottom w:w="20" w:type="dxa"/>
              </w:tblCellMar>
            </w:tblPr>
            <w:tblGrid>
              <w:gridCol w:w="1814"/>
              <w:gridCol w:w="5670"/>
            </w:tblGrid>
            <w:tr>
              <w:tc>
                <w:tcPr>
                  <w:tcW w:type="dxa" w:w="1814"/>
                  <w:vAlign w:val="bottom"/>
                </w:tcPr>
                <w:p>
                  <w:r>
                    <w:t>родился (лась)</w:t>
                  </w:r>
                </w:p>
              </w:tc>
              <w:tc>
                <w:tcPr>
                  <w:tcW w:type="dxa" w:w="5670"/>
                  <w:tcBorders>
                    <w:top w:val="none"/>
                    <w:left w:val="none"/>
                    <w:bottom w:val="dotted" w:sz="4" w:color="000000"/>
                    <w:right w:val="none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i/>
                      <w:color w:val="202040"/>
                      <w:sz w:val="22"/>
                    </w:rPr>
                    <w:t>10 май 1928 йил</w:t>
                  </w:r>
                </w:p>
              </w:tc>
            </w:tr>
            <w:tr>
              <w:tc>
                <w:tcPr>
                  <w:tcW w:type="dxa" w:w="1814"/>
                  <w:vAlign w:val="bottom"/>
                </w:tcPr>
                <w:p>
                  <w:r>
                    <w:t>туғилди</w:t>
                  </w:r>
                </w:p>
              </w:tc>
              <w:tc>
                <w:tcPr>
                  <w:tcW w:type="dxa" w:w="5670"/>
                  <w:vAlign w:val="bottom"/>
                </w:tcPr>
                <w:p>
                  <w:pPr>
                    <w:jc w:val="center"/>
                  </w:pPr>
                  <w:r>
                    <w:rPr>
                      <w:sz w:val="12"/>
                    </w:rPr>
                    <w:t>число, месяц, год — йил, ой, кун</w:t>
                  </w:r>
                </w:p>
              </w:tc>
            </w:tr>
          </w:tbl>
          <w:p/>
          <w:p>
            <w:pPr>
              <w:spacing w:line="60" w:lineRule="exact"/>
            </w:pPr>
            <w:r>
              <w:rPr>
                <w:sz w:val="2"/>
              </w:rPr>
            </w:r>
          </w:p>
          <w:tbl>
            <w:tblPr>
              <w:tblW w:type="dxa" w:w="7484"/>
              <w:tblLook w:firstColumn="1" w:firstRow="1" w:lastColumn="0" w:lastRow="0" w:noHBand="0" w:noVBand="1" w:val="04A0"/>
              <w:tblLayout w:type="fixed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20" w:type="dxa"/>
                <w:right w:w="20" w:type="dxa"/>
                <w:top w:w="20" w:type="dxa"/>
                <w:bottom w:w="20" w:type="dxa"/>
              </w:tblCellMar>
            </w:tblPr>
            <w:tblGrid>
              <w:gridCol w:w="56"/>
              <w:gridCol w:w="7427"/>
            </w:tblGrid>
            <w:tr>
              <w:tc>
                <w:tcPr>
                  <w:tcW w:type="dxa" w:w="56"/>
                  <w:vAlign w:val="bottom"/>
                </w:tcPr>
                <w:p>
                  <w:r/>
                </w:p>
              </w:tc>
              <w:tc>
                <w:tcPr>
                  <w:tcW w:type="dxa" w:w="7427"/>
                  <w:tcBorders>
                    <w:top w:val="none"/>
                    <w:left w:val="none"/>
                    <w:bottom w:val="dotted" w:sz="4" w:color="000000"/>
                    <w:right w:val="none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i/>
                      <w:color w:val="202040"/>
                      <w:sz w:val="22"/>
                    </w:rPr>
                    <w:t>Мирминг  тўққизюз</w:t>
                  </w:r>
                </w:p>
              </w:tc>
            </w:tr>
            <w:tr>
              <w:tc>
                <w:tcPr>
                  <w:tcW w:type="dxa" w:w="56"/>
                  <w:vAlign w:val="bottom"/>
                </w:tcPr>
                <w:p>
                  <w:r/>
                </w:p>
              </w:tc>
              <w:tc>
                <w:tcPr>
                  <w:tcW w:type="dxa" w:w="7427"/>
                  <w:vAlign w:val="bottom"/>
                </w:tcPr>
                <w:p>
                  <w:pPr>
                    <w:jc w:val="center"/>
                  </w:pPr>
                  <w:r>
                    <w:rPr>
                      <w:sz w:val="12"/>
                    </w:rPr>
                    <w:t>(цифрами и прописью — хат билан ва рақамларда)</w:t>
                  </w:r>
                </w:p>
              </w:tc>
            </w:tr>
          </w:tbl>
          <w:p/>
          <w:p>
            <w:pPr>
              <w:spacing w:line="100" w:lineRule="exact"/>
            </w:pPr>
            <w:r>
              <w:rPr>
                <w:sz w:val="2"/>
              </w:rPr>
            </w:r>
          </w:p>
          <w:tbl>
            <w:tblPr>
              <w:tblW w:type="dxa" w:w="7484"/>
              <w:tblLook w:firstColumn="1" w:firstRow="1" w:lastColumn="0" w:lastRow="0" w:noHBand="0" w:noVBand="1" w:val="04A0"/>
              <w:tblLayout w:type="fixed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20" w:type="dxa"/>
                <w:right w:w="20" w:type="dxa"/>
                <w:top w:w="20" w:type="dxa"/>
                <w:bottom w:w="20" w:type="dxa"/>
              </w:tblCellMar>
            </w:tblPr>
            <w:tblGrid>
              <w:gridCol w:w="56"/>
              <w:gridCol w:w="7427"/>
            </w:tblGrid>
            <w:tr>
              <w:tc>
                <w:tcPr>
                  <w:tcW w:type="dxa" w:w="56"/>
                  <w:vAlign w:val="bottom"/>
                </w:tcPr>
                <w:p>
                  <w:r/>
                </w:p>
              </w:tc>
              <w:tc>
                <w:tcPr>
                  <w:tcW w:type="dxa" w:w="7427"/>
                  <w:tcBorders>
                    <w:top w:val="none"/>
                    <w:left w:val="none"/>
                    <w:bottom w:val="dotted" w:sz="4" w:color="000000"/>
                    <w:right w:val="none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i/>
                      <w:color w:val="202040"/>
                      <w:sz w:val="22"/>
                    </w:rPr>
                    <w:t>йигирма  саккизинчи  йил</w:t>
                  </w:r>
                </w:p>
              </w:tc>
            </w:tr>
          </w:tbl>
          <w:p/>
          <w:p>
            <w:pPr>
              <w:spacing w:before="40"/>
              <w:jc w:val="left"/>
            </w:pPr>
            <w:r>
              <w:rPr>
                <w:b w:val="0"/>
                <w:sz w:val="17"/>
              </w:rPr>
              <w:t>Место рождения: город, селение</w:t>
            </w:r>
          </w:p>
          <w:p>
            <w:pPr>
              <w:spacing w:before="0"/>
              <w:jc w:val="left"/>
            </w:pPr>
            <w:r>
              <w:rPr>
                <w:b w:val="0"/>
                <w:sz w:val="17"/>
              </w:rPr>
              <w:t>Туғилган жойи: шаҳар, қишлоқ</w:t>
            </w:r>
          </w:p>
          <w:p>
            <w:pPr>
              <w:spacing w:line="40" w:lineRule="exact"/>
            </w:pPr>
            <w:r>
              <w:rPr>
                <w:sz w:val="2"/>
              </w:rPr>
            </w:r>
          </w:p>
          <w:tbl>
            <w:tblPr>
              <w:tblW w:type="dxa" w:w="7484"/>
              <w:tblLook w:firstColumn="1" w:firstRow="1" w:lastColumn="0" w:lastRow="0" w:noHBand="0" w:noVBand="1" w:val="04A0"/>
              <w:tblLayout w:type="fixed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20" w:type="dxa"/>
                <w:right w:w="20" w:type="dxa"/>
                <w:top w:w="20" w:type="dxa"/>
                <w:bottom w:w="20" w:type="dxa"/>
              </w:tblCellMar>
            </w:tblPr>
            <w:tblGrid>
              <w:gridCol w:w="56"/>
              <w:gridCol w:w="7427"/>
            </w:tblGrid>
            <w:tr>
              <w:tc>
                <w:tcPr>
                  <w:tcW w:type="dxa" w:w="56"/>
                  <w:vAlign w:val="bottom"/>
                </w:tcPr>
                <w:p>
                  <w:r/>
                </w:p>
              </w:tc>
              <w:tc>
                <w:tcPr>
                  <w:tcW w:type="dxa" w:w="7427"/>
                  <w:tcBorders>
                    <w:top w:val="none"/>
                    <w:left w:val="none"/>
                    <w:bottom w:val="dotted" w:sz="4" w:color="000000"/>
                    <w:right w:val="none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i/>
                      <w:color w:val="202040"/>
                      <w:sz w:val="22"/>
                    </w:rPr>
                    <w:t>Заркент   с/с</w:t>
                  </w:r>
                </w:p>
              </w:tc>
            </w:tr>
          </w:tbl>
          <w:p/>
          <w:p>
            <w:pPr>
              <w:spacing w:line="200" w:lineRule="exact"/>
            </w:pPr>
            <w:r>
              <w:rPr>
                <w:sz w:val="2"/>
              </w:rPr>
            </w:r>
          </w:p>
          <w:tbl>
            <w:tblPr>
              <w:tblW w:type="dxa" w:w="7484"/>
              <w:tblLook w:firstColumn="1" w:firstRow="1" w:lastColumn="0" w:lastRow="0" w:noHBand="0" w:noVBand="1" w:val="04A0"/>
              <w:tblLayout w:type="fixed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20" w:type="dxa"/>
                <w:right w:w="20" w:type="dxa"/>
                <w:top w:w="20" w:type="dxa"/>
                <w:bottom w:w="20" w:type="dxa"/>
              </w:tblCellMar>
            </w:tblPr>
            <w:tblGrid>
              <w:gridCol w:w="907"/>
              <w:gridCol w:w="6577"/>
            </w:tblGrid>
            <w:tr>
              <w:tc>
                <w:tcPr>
                  <w:tcW w:type="dxa" w:w="907"/>
                  <w:vAlign w:val="bottom"/>
                </w:tcPr>
                <w:p>
                  <w:r>
                    <w:t>район</w:t>
                  </w:r>
                </w:p>
              </w:tc>
              <w:tc>
                <w:tcPr>
                  <w:tcW w:type="dxa" w:w="6577"/>
                  <w:tcBorders>
                    <w:top w:val="none"/>
                    <w:left w:val="none"/>
                    <w:bottom w:val="dotted" w:sz="4" w:color="000000"/>
                    <w:right w:val="none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i/>
                      <w:color w:val="202040"/>
                      <w:sz w:val="22"/>
                    </w:rPr>
                    <w:t>Янгиқўрғон</w:t>
                  </w:r>
                </w:p>
              </w:tc>
            </w:tr>
          </w:tbl>
          <w:p/>
          <w:p>
            <w:pPr>
              <w:spacing w:line="200" w:lineRule="exact"/>
            </w:pPr>
            <w:r>
              <w:rPr>
                <w:sz w:val="2"/>
              </w:rPr>
            </w:r>
          </w:p>
          <w:tbl>
            <w:tblPr>
              <w:tblW w:type="dxa" w:w="7484"/>
              <w:tblLook w:firstColumn="1" w:firstRow="1" w:lastColumn="0" w:lastRow="0" w:noHBand="0" w:noVBand="1" w:val="04A0"/>
              <w:tblLayout w:type="fixed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20" w:type="dxa"/>
                <w:right w:w="20" w:type="dxa"/>
                <w:top w:w="20" w:type="dxa"/>
                <w:bottom w:w="20" w:type="dxa"/>
              </w:tblCellMar>
            </w:tblPr>
            <w:tblGrid>
              <w:gridCol w:w="907"/>
              <w:gridCol w:w="6577"/>
            </w:tblGrid>
            <w:tr>
              <w:tc>
                <w:tcPr>
                  <w:tcW w:type="dxa" w:w="907"/>
                  <w:vAlign w:val="bottom"/>
                </w:tcPr>
                <w:p>
                  <w:r>
                    <w:t>область</w:t>
                  </w:r>
                </w:p>
              </w:tc>
              <w:tc>
                <w:tcPr>
                  <w:tcW w:type="dxa" w:w="6577"/>
                  <w:tcBorders>
                    <w:top w:val="none"/>
                    <w:left w:val="none"/>
                    <w:bottom w:val="dotted" w:sz="4" w:color="000000"/>
                    <w:right w:val="none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i/>
                      <w:color w:val="202040"/>
                      <w:sz w:val="22"/>
                    </w:rPr>
                    <w:t>Наманган</w:t>
                  </w:r>
                </w:p>
              </w:tc>
            </w:tr>
          </w:tbl>
          <w:p/>
          <w:p>
            <w:pPr>
              <w:spacing w:line="200" w:lineRule="exact"/>
            </w:pPr>
            <w:r>
              <w:rPr>
                <w:sz w:val="2"/>
              </w:rPr>
            </w:r>
          </w:p>
          <w:tbl>
            <w:tblPr>
              <w:tblW w:type="dxa" w:w="7484"/>
              <w:tblLook w:firstColumn="1" w:firstRow="1" w:lastColumn="0" w:lastRow="0" w:noHBand="0" w:noVBand="1" w:val="04A0"/>
              <w:tblLayout w:type="fixed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20" w:type="dxa"/>
                <w:right w:w="20" w:type="dxa"/>
                <w:top w:w="20" w:type="dxa"/>
                <w:bottom w:w="20" w:type="dxa"/>
              </w:tblCellMar>
            </w:tblPr>
            <w:tblGrid>
              <w:gridCol w:w="1247"/>
              <w:gridCol w:w="6237"/>
            </w:tblGrid>
            <w:tr>
              <w:tc>
                <w:tcPr>
                  <w:tcW w:type="dxa" w:w="1247"/>
                  <w:vAlign w:val="bottom"/>
                </w:tcPr>
                <w:p>
                  <w:r>
                    <w:t>республика</w:t>
                  </w:r>
                </w:p>
              </w:tc>
              <w:tc>
                <w:tcPr>
                  <w:tcW w:type="dxa" w:w="6237"/>
                  <w:tcBorders>
                    <w:top w:val="none"/>
                    <w:left w:val="none"/>
                    <w:bottom w:val="dotted" w:sz="4" w:color="000000"/>
                    <w:right w:val="none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i/>
                      <w:color w:val="202040"/>
                      <w:sz w:val="22"/>
                    </w:rPr>
                    <w:t>Ўз. ССР</w:t>
                  </w:r>
                </w:p>
              </w:tc>
            </w:tr>
          </w:tbl>
          <w:p/>
          <w:p>
            <w:pPr>
              <w:spacing w:before="120"/>
              <w:jc w:val="left"/>
            </w:pPr>
            <w:r>
              <w:rPr>
                <w:b w:val="0"/>
                <w:sz w:val="17"/>
              </w:rPr>
              <w:t>о чем в книге регистрации актов о рождении</w:t>
            </w:r>
          </w:p>
          <w:p>
            <w:pPr>
              <w:spacing w:before="0"/>
              <w:jc w:val="left"/>
            </w:pPr>
            <w:r>
              <w:rPr>
                <w:b w:val="0"/>
                <w:sz w:val="17"/>
              </w:rPr>
              <w:t>бу ҳақда туғилиш актларини қайд қилиш дафтарига</w:t>
            </w:r>
          </w:p>
          <w:p>
            <w:pPr>
              <w:spacing w:line="100" w:lineRule="exact"/>
            </w:pPr>
            <w:r>
              <w:rPr>
                <w:sz w:val="2"/>
              </w:rPr>
            </w:r>
          </w:p>
          <w:tbl>
            <w:tblPr>
              <w:tblW w:type="dxa" w:w="7484"/>
              <w:tblLook w:firstColumn="1" w:firstRow="1" w:lastColumn="0" w:lastRow="0" w:noHBand="0" w:noVBand="1" w:val="04A0"/>
              <w:tblLayout w:type="fixed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20" w:type="dxa"/>
                <w:right w:w="20" w:type="dxa"/>
                <w:top w:w="20" w:type="dxa"/>
                <w:bottom w:w="20" w:type="dxa"/>
              </w:tblCellMar>
            </w:tblPr>
            <w:tblGrid>
              <w:gridCol w:w="283"/>
              <w:gridCol w:w="793"/>
              <w:gridCol w:w="680"/>
              <w:gridCol w:w="2211"/>
              <w:gridCol w:w="1077"/>
              <w:gridCol w:w="1304"/>
              <w:gridCol w:w="1134"/>
            </w:tblGrid>
            <w:tr>
              <w:tc>
                <w:tcPr>
                  <w:tcW w:type="dxa" w:w="283"/>
                  <w:vAlign w:val="bottom"/>
                </w:tcPr>
                <w:p>
                  <w:pPr>
                    <w:jc w:val="right"/>
                  </w:pPr>
                  <w:r>
                    <w:t>19</w:t>
                  </w:r>
                </w:p>
              </w:tc>
              <w:tc>
                <w:tcPr>
                  <w:tcW w:type="dxa" w:w="793"/>
                  <w:tcBorders>
                    <w:top w:val="none"/>
                    <w:left w:val="none"/>
                    <w:bottom w:val="dotted" w:sz="4" w:color="000000"/>
                    <w:right w:val="none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i/>
                      <w:color w:val="202040"/>
                      <w:sz w:val="22"/>
                    </w:rPr>
                    <w:t>51</w:t>
                  </w:r>
                </w:p>
              </w:tc>
              <w:tc>
                <w:tcPr>
                  <w:tcW w:type="dxa" w:w="680"/>
                  <w:vAlign w:val="bottom"/>
                </w:tcPr>
                <w:p>
                  <w:r>
                    <w:t>года</w:t>
                  </w:r>
                </w:p>
              </w:tc>
              <w:tc>
                <w:tcPr>
                  <w:tcW w:type="dxa" w:w="2211"/>
                  <w:tcBorders>
                    <w:top w:val="none"/>
                    <w:left w:val="none"/>
                    <w:bottom w:val="dotted" w:sz="4" w:color="000000"/>
                    <w:right w:val="none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i/>
                      <w:color w:val="202040"/>
                      <w:sz w:val="22"/>
                    </w:rPr>
                    <w:t>январь</w:t>
                  </w:r>
                </w:p>
              </w:tc>
              <w:tc>
                <w:tcPr>
                  <w:tcW w:type="dxa" w:w="1077"/>
                  <w:vAlign w:val="bottom"/>
                </w:tcPr>
                <w:p>
                  <w:r>
                    <w:t>месяца</w:t>
                  </w:r>
                </w:p>
              </w:tc>
              <w:tc>
                <w:tcPr>
                  <w:tcW w:type="dxa" w:w="1304"/>
                  <w:tcBorders>
                    <w:top w:val="none"/>
                    <w:left w:val="none"/>
                    <w:bottom w:val="dotted" w:sz="4" w:color="000000"/>
                    <w:right w:val="none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i/>
                      <w:color w:val="202040"/>
                      <w:sz w:val="22"/>
                    </w:rPr>
                    <w:t>10</w:t>
                  </w:r>
                </w:p>
              </w:tc>
              <w:tc>
                <w:tcPr>
                  <w:tcW w:type="dxa" w:w="1134"/>
                  <w:vAlign w:val="bottom"/>
                </w:tcPr>
                <w:p>
                  <w:pPr>
                    <w:jc w:val="right"/>
                  </w:pPr>
                  <w:r>
                    <w:t>числа</w:t>
                  </w:r>
                </w:p>
              </w:tc>
            </w:tr>
            <w:tr>
              <w:tc>
                <w:tcPr>
                  <w:tcW w:type="dxa" w:w="283"/>
                  <w:vAlign w:val="bottom"/>
                </w:tcPr>
                <w:p>
                  <w:r/>
                </w:p>
              </w:tc>
              <w:tc>
                <w:tcPr>
                  <w:tcW w:type="dxa" w:w="793"/>
                  <w:vAlign w:val="bottom"/>
                </w:tcPr>
                <w:p>
                  <w:r/>
                </w:p>
              </w:tc>
              <w:tc>
                <w:tcPr>
                  <w:tcW w:type="dxa" w:w="680"/>
                  <w:vAlign w:val="bottom"/>
                </w:tcPr>
                <w:p>
                  <w:r>
                    <w:t>йил</w:t>
                  </w:r>
                </w:p>
              </w:tc>
              <w:tc>
                <w:tcPr>
                  <w:tcW w:type="dxa" w:w="2211"/>
                  <w:vAlign w:val="bottom"/>
                </w:tcPr>
                <w:p>
                  <w:r/>
                </w:p>
              </w:tc>
              <w:tc>
                <w:tcPr>
                  <w:tcW w:type="dxa" w:w="1077"/>
                  <w:vAlign w:val="bottom"/>
                </w:tcPr>
                <w:p>
                  <w:r>
                    <w:t>ойининг</w:t>
                  </w:r>
                </w:p>
              </w:tc>
              <w:tc>
                <w:tcPr>
                  <w:tcW w:type="dxa" w:w="1304"/>
                  <w:vAlign w:val="bottom"/>
                </w:tcPr>
                <w:p>
                  <w:r/>
                </w:p>
              </w:tc>
              <w:tc>
                <w:tcPr>
                  <w:tcW w:type="dxa" w:w="1134"/>
                  <w:vAlign w:val="bottom"/>
                </w:tcPr>
                <w:p>
                  <w:pPr>
                    <w:jc w:val="right"/>
                  </w:pPr>
                  <w:r>
                    <w:t>кунида</w:t>
                  </w:r>
                </w:p>
              </w:tc>
            </w:tr>
          </w:tbl>
          <w:p/>
          <w:p>
            <w:pPr>
              <w:spacing w:line="160" w:lineRule="exact"/>
            </w:pPr>
            <w:r>
              <w:rPr>
                <w:sz w:val="2"/>
              </w:rPr>
            </w:r>
          </w:p>
          <w:tbl>
            <w:tblPr>
              <w:tblW w:type="dxa" w:w="7484"/>
              <w:tblLook w:firstColumn="1" w:firstRow="1" w:lastColumn="0" w:lastRow="0" w:noHBand="0" w:noVBand="1" w:val="04A0"/>
              <w:tblLayout w:type="fixed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20" w:type="dxa"/>
                <w:right w:w="20" w:type="dxa"/>
                <w:top w:w="20" w:type="dxa"/>
                <w:bottom w:w="20" w:type="dxa"/>
              </w:tblCellMar>
            </w:tblPr>
            <w:tblGrid>
              <w:gridCol w:w="2381"/>
              <w:gridCol w:w="1927"/>
              <w:gridCol w:w="3175"/>
            </w:tblGrid>
            <w:tr>
              <w:tc>
                <w:tcPr>
                  <w:tcW w:type="dxa" w:w="2381"/>
                  <w:vAlign w:val="bottom"/>
                </w:tcPr>
                <w:p>
                  <w:r>
                    <w:t>произведена запись за №</w:t>
                  </w:r>
                </w:p>
              </w:tc>
              <w:tc>
                <w:tcPr>
                  <w:tcW w:type="dxa" w:w="1927"/>
                  <w:tcBorders>
                    <w:top w:val="none"/>
                    <w:left w:val="none"/>
                    <w:bottom w:val="dotted" w:sz="4" w:color="000000"/>
                    <w:right w:val="none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i/>
                      <w:color w:val="202040"/>
                      <w:sz w:val="22"/>
                    </w:rPr>
                    <w:t>46</w:t>
                  </w:r>
                </w:p>
              </w:tc>
              <w:tc>
                <w:tcPr>
                  <w:tcW w:type="dxa" w:w="3175"/>
                  <w:vAlign w:val="bottom"/>
                </w:tcPr>
                <w:p>
                  <w:r>
                    <w:t>билан ёзиб қўйилди.</w:t>
                  </w:r>
                </w:p>
              </w:tc>
            </w:tr>
          </w:tbl>
          <w:p/>
        </w:tc>
        <w:tc>
          <w:tcPr>
            <w:tcW w:type="dxa" w:w="7824"/>
          </w:tcPr>
          <w:p>
            <w:pPr>
              <w:spacing w:before="0"/>
              <w:jc w:val="left"/>
            </w:pPr>
            <w:r>
              <w:rPr>
                <w:b/>
                <w:sz w:val="20"/>
              </w:rPr>
              <w:t>РОДИТЕЛИ</w:t>
            </w:r>
          </w:p>
          <w:p>
            <w:pPr>
              <w:spacing w:before="0"/>
              <w:jc w:val="left"/>
            </w:pPr>
            <w:r>
              <w:rPr>
                <w:b/>
                <w:sz w:val="20"/>
              </w:rPr>
              <w:t>ОТА-ОНАСИ</w:t>
            </w:r>
          </w:p>
          <w:p>
            <w:pPr>
              <w:spacing w:line="80" w:lineRule="exact"/>
            </w:pPr>
            <w:r>
              <w:rPr>
                <w:sz w:val="2"/>
              </w:rPr>
            </w:r>
          </w:p>
          <w:tbl>
            <w:tblPr>
              <w:tblW w:type="dxa" w:w="7711"/>
              <w:tblLook w:firstColumn="1" w:firstRow="1" w:lastColumn="0" w:lastRow="0" w:noHBand="0" w:noVBand="1" w:val="04A0"/>
              <w:tblLayout w:type="fixed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20" w:type="dxa"/>
                <w:right w:w="20" w:type="dxa"/>
                <w:top w:w="20" w:type="dxa"/>
                <w:bottom w:w="20" w:type="dxa"/>
              </w:tblCellMar>
            </w:tblPr>
            <w:tblGrid>
              <w:gridCol w:w="1474"/>
              <w:gridCol w:w="6237"/>
            </w:tblGrid>
            <w:tr>
              <w:tc>
                <w:tcPr>
                  <w:tcW w:type="dxa" w:w="1474"/>
                  <w:vAlign w:val="bottom"/>
                </w:tcPr>
                <w:p>
                  <w:r>
                    <w:t>Отец</w:t>
                  </w:r>
                </w:p>
              </w:tc>
              <w:tc>
                <w:tcPr>
                  <w:tcW w:type="dxa" w:w="6237"/>
                  <w:tcBorders>
                    <w:top w:val="none"/>
                    <w:left w:val="none"/>
                    <w:bottom w:val="dotted" w:sz="4" w:color="000000"/>
                    <w:right w:val="none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i/>
                      <w:color w:val="202040"/>
                      <w:sz w:val="22"/>
                    </w:rPr>
                    <w:t>Бекназаров</w:t>
                  </w:r>
                </w:p>
              </w:tc>
            </w:tr>
            <w:tr>
              <w:tc>
                <w:tcPr>
                  <w:tcW w:type="dxa" w:w="1474"/>
                  <w:vAlign w:val="bottom"/>
                </w:tcPr>
                <w:p>
                  <w:r>
                    <w:t>Отаси</w:t>
                  </w:r>
                </w:p>
              </w:tc>
              <w:tc>
                <w:tcPr>
                  <w:tcW w:type="dxa" w:w="6237"/>
                  <w:vAlign w:val="bottom"/>
                </w:tcPr>
                <w:p>
                  <w:pPr>
                    <w:jc w:val="center"/>
                  </w:pPr>
                  <w:r>
                    <w:rPr>
                      <w:sz w:val="12"/>
                    </w:rPr>
                    <w:t>фамилия — фамилияси,</w:t>
                  </w:r>
                </w:p>
              </w:tc>
            </w:tr>
          </w:tbl>
          <w:p/>
          <w:tbl>
            <w:tblPr>
              <w:tblW w:type="dxa" w:w="7711"/>
              <w:tblLook w:firstColumn="1" w:firstRow="1" w:lastColumn="0" w:lastRow="0" w:noHBand="0" w:noVBand="1" w:val="04A0"/>
              <w:tblLayout w:type="fixed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20" w:type="dxa"/>
                <w:right w:w="20" w:type="dxa"/>
                <w:top w:w="20" w:type="dxa"/>
                <w:bottom w:w="20" w:type="dxa"/>
              </w:tblCellMar>
            </w:tblPr>
            <w:tblGrid>
              <w:gridCol w:w="56"/>
              <w:gridCol w:w="7654"/>
            </w:tblGrid>
            <w:tr>
              <w:tc>
                <w:tcPr>
                  <w:tcW w:type="dxa" w:w="56"/>
                  <w:vAlign w:val="bottom"/>
                </w:tcPr>
                <w:p>
                  <w:r/>
                </w:p>
              </w:tc>
              <w:tc>
                <w:tcPr>
                  <w:tcW w:type="dxa" w:w="7654"/>
                  <w:tcBorders>
                    <w:top w:val="none"/>
                    <w:left w:val="none"/>
                    <w:bottom w:val="dotted" w:sz="4" w:color="000000"/>
                    <w:right w:val="none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i/>
                      <w:color w:val="202040"/>
                      <w:sz w:val="22"/>
                    </w:rPr>
                    <w:t>Ибрагим</w:t>
                  </w:r>
                </w:p>
              </w:tc>
            </w:tr>
            <w:tr>
              <w:tc>
                <w:tcPr>
                  <w:tcW w:type="dxa" w:w="56"/>
                  <w:vAlign w:val="bottom"/>
                </w:tcPr>
                <w:p>
                  <w:r/>
                </w:p>
              </w:tc>
              <w:tc>
                <w:tcPr>
                  <w:tcW w:type="dxa" w:w="7654"/>
                  <w:vAlign w:val="bottom"/>
                </w:tcPr>
                <w:p>
                  <w:pPr>
                    <w:jc w:val="center"/>
                  </w:pPr>
                  <w:r>
                    <w:rPr>
                      <w:sz w:val="12"/>
                    </w:rPr>
                    <w:t>имя, отчество — исми, отасининг исми</w:t>
                  </w:r>
                </w:p>
              </w:tc>
            </w:tr>
          </w:tbl>
          <w:p/>
          <w:p>
            <w:pPr>
              <w:spacing w:line="20" w:lineRule="exact"/>
            </w:pPr>
            <w:r>
              <w:rPr>
                <w:sz w:val="2"/>
              </w:rPr>
            </w:r>
          </w:p>
          <w:tbl>
            <w:tblPr>
              <w:tblW w:type="dxa" w:w="7711"/>
              <w:tblLook w:firstColumn="1" w:firstRow="1" w:lastColumn="0" w:lastRow="0" w:noHBand="0" w:noVBand="1" w:val="04A0"/>
              <w:tblLayout w:type="fixed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20" w:type="dxa"/>
                <w:right w:w="20" w:type="dxa"/>
                <w:top w:w="20" w:type="dxa"/>
                <w:bottom w:w="20" w:type="dxa"/>
              </w:tblCellMar>
            </w:tblPr>
            <w:tblGrid>
              <w:gridCol w:w="1814"/>
              <w:gridCol w:w="5896"/>
            </w:tblGrid>
            <w:tr>
              <w:tc>
                <w:tcPr>
                  <w:tcW w:type="dxa" w:w="1814"/>
                  <w:vAlign w:val="bottom"/>
                </w:tcPr>
                <w:p>
                  <w:r>
                    <w:t>национальность</w:t>
                  </w:r>
                </w:p>
              </w:tc>
              <w:tc>
                <w:tcPr>
                  <w:tcW w:type="dxa" w:w="5896"/>
                  <w:tcBorders>
                    <w:top w:val="none"/>
                    <w:left w:val="none"/>
                    <w:bottom w:val="dotted" w:sz="4" w:color="000000"/>
                    <w:right w:val="none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i/>
                      <w:color w:val="202040"/>
                      <w:sz w:val="22"/>
                    </w:rPr>
                    <w:t>ўзбек</w:t>
                  </w:r>
                </w:p>
              </w:tc>
            </w:tr>
            <w:tr>
              <w:tc>
                <w:tcPr>
                  <w:tcW w:type="dxa" w:w="1814"/>
                  <w:vAlign w:val="bottom"/>
                </w:tcPr>
                <w:p>
                  <w:r>
                    <w:t>миллати</w:t>
                  </w:r>
                </w:p>
              </w:tc>
              <w:tc>
                <w:tcPr>
                  <w:tcW w:type="dxa" w:w="5896"/>
                  <w:vAlign w:val="bottom"/>
                </w:tcPr>
                <w:p>
                  <w:pPr>
                    <w:jc w:val="center"/>
                  </w:pPr>
                  <w:r>
                    <w:rPr>
                      <w:sz w:val="12"/>
                    </w:rPr>
                  </w:r>
                </w:p>
              </w:tc>
            </w:tr>
          </w:tbl>
          <w:p/>
          <w:tbl>
            <w:tblPr>
              <w:tblW w:type="dxa" w:w="7711"/>
              <w:tblLook w:firstColumn="1" w:firstRow="1" w:lastColumn="0" w:lastRow="0" w:noHBand="0" w:noVBand="1" w:val="04A0"/>
              <w:tblLayout w:type="fixed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20" w:type="dxa"/>
                <w:right w:w="20" w:type="dxa"/>
                <w:top w:w="20" w:type="dxa"/>
                <w:bottom w:w="20" w:type="dxa"/>
              </w:tblCellMar>
            </w:tblPr>
            <w:tblGrid>
              <w:gridCol w:w="1814"/>
              <w:gridCol w:w="5896"/>
            </w:tblGrid>
            <w:tr>
              <w:tc>
                <w:tcPr>
                  <w:tcW w:type="dxa" w:w="1814"/>
                  <w:vAlign w:val="bottom"/>
                </w:tcPr>
                <w:p>
                  <w:r>
                    <w:t>Мать</w:t>
                  </w:r>
                </w:p>
              </w:tc>
              <w:tc>
                <w:tcPr>
                  <w:tcW w:type="dxa" w:w="5896"/>
                  <w:tcBorders>
                    <w:top w:val="none"/>
                    <w:left w:val="none"/>
                    <w:bottom w:val="dotted" w:sz="4" w:color="000000"/>
                    <w:right w:val="none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i/>
                      <w:color w:val="202040"/>
                      <w:sz w:val="22"/>
                    </w:rPr>
                    <w:t>Бекназарова</w:t>
                  </w:r>
                </w:p>
              </w:tc>
            </w:tr>
            <w:tr>
              <w:tc>
                <w:tcPr>
                  <w:tcW w:type="dxa" w:w="1814"/>
                  <w:vAlign w:val="bottom"/>
                </w:tcPr>
                <w:p>
                  <w:r>
                    <w:t>Онаси</w:t>
                  </w:r>
                </w:p>
              </w:tc>
              <w:tc>
                <w:tcPr>
                  <w:tcW w:type="dxa" w:w="5896"/>
                  <w:vAlign w:val="bottom"/>
                </w:tcPr>
                <w:p>
                  <w:pPr>
                    <w:jc w:val="center"/>
                  </w:pPr>
                  <w:r>
                    <w:rPr>
                      <w:sz w:val="12"/>
                    </w:rPr>
                    <w:t>фамилия — фамилияси,</w:t>
                  </w:r>
                </w:p>
              </w:tc>
            </w:tr>
          </w:tbl>
          <w:p/>
          <w:tbl>
            <w:tblPr>
              <w:tblW w:type="dxa" w:w="7711"/>
              <w:tblLook w:firstColumn="1" w:firstRow="1" w:lastColumn="0" w:lastRow="0" w:noHBand="0" w:noVBand="1" w:val="04A0"/>
              <w:tblLayout w:type="fixed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20" w:type="dxa"/>
                <w:right w:w="20" w:type="dxa"/>
                <w:top w:w="20" w:type="dxa"/>
                <w:bottom w:w="20" w:type="dxa"/>
              </w:tblCellMar>
            </w:tblPr>
            <w:tblGrid>
              <w:gridCol w:w="56"/>
              <w:gridCol w:w="7654"/>
            </w:tblGrid>
            <w:tr>
              <w:tc>
                <w:tcPr>
                  <w:tcW w:type="dxa" w:w="56"/>
                  <w:vAlign w:val="bottom"/>
                </w:tcPr>
                <w:p>
                  <w:r/>
                </w:p>
              </w:tc>
              <w:tc>
                <w:tcPr>
                  <w:tcW w:type="dxa" w:w="7654"/>
                  <w:tcBorders>
                    <w:top w:val="none"/>
                    <w:left w:val="none"/>
                    <w:bottom w:val="dotted" w:sz="4" w:color="000000"/>
                    <w:right w:val="none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i/>
                      <w:color w:val="202040"/>
                      <w:sz w:val="22"/>
                    </w:rPr>
                    <w:t>Агахон</w:t>
                  </w:r>
                </w:p>
              </w:tc>
            </w:tr>
            <w:tr>
              <w:tc>
                <w:tcPr>
                  <w:tcW w:type="dxa" w:w="56"/>
                  <w:vAlign w:val="bottom"/>
                </w:tcPr>
                <w:p>
                  <w:r/>
                </w:p>
              </w:tc>
              <w:tc>
                <w:tcPr>
                  <w:tcW w:type="dxa" w:w="7654"/>
                  <w:vAlign w:val="bottom"/>
                </w:tcPr>
                <w:p>
                  <w:pPr>
                    <w:jc w:val="center"/>
                  </w:pPr>
                  <w:r>
                    <w:rPr>
                      <w:sz w:val="12"/>
                    </w:rPr>
                    <w:t>имя, отчество — исми, отасининг исми</w:t>
                  </w:r>
                </w:p>
              </w:tc>
            </w:tr>
          </w:tbl>
          <w:p/>
          <w:p>
            <w:pPr>
              <w:spacing w:line="60" w:lineRule="exact"/>
            </w:pPr>
            <w:r>
              <w:rPr>
                <w:sz w:val="2"/>
              </w:rPr>
            </w:r>
          </w:p>
          <w:tbl>
            <w:tblPr>
              <w:tblW w:type="dxa" w:w="7711"/>
              <w:tblLook w:firstColumn="1" w:firstRow="1" w:lastColumn="0" w:lastRow="0" w:noHBand="0" w:noVBand="1" w:val="04A0"/>
              <w:tblLayout w:type="fixed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20" w:type="dxa"/>
                <w:right w:w="20" w:type="dxa"/>
                <w:top w:w="20" w:type="dxa"/>
                <w:bottom w:w="20" w:type="dxa"/>
              </w:tblCellMar>
            </w:tblPr>
            <w:tblGrid>
              <w:gridCol w:w="1814"/>
              <w:gridCol w:w="5896"/>
            </w:tblGrid>
            <w:tr>
              <w:tc>
                <w:tcPr>
                  <w:tcW w:type="dxa" w:w="1814"/>
                  <w:vAlign w:val="bottom"/>
                </w:tcPr>
                <w:p>
                  <w:r>
                    <w:t>национальность</w:t>
                  </w:r>
                </w:p>
              </w:tc>
              <w:tc>
                <w:tcPr>
                  <w:tcW w:type="dxa" w:w="5896"/>
                  <w:tcBorders>
                    <w:top w:val="none"/>
                    <w:left w:val="none"/>
                    <w:bottom w:val="dotted" w:sz="4" w:color="000000"/>
                    <w:right w:val="none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i/>
                      <w:color w:val="202040"/>
                      <w:sz w:val="22"/>
                    </w:rPr>
                    <w:t>ўзбек</w:t>
                  </w:r>
                </w:p>
              </w:tc>
            </w:tr>
            <w:tr>
              <w:tc>
                <w:tcPr>
                  <w:tcW w:type="dxa" w:w="1814"/>
                  <w:vAlign w:val="bottom"/>
                </w:tcPr>
                <w:p>
                  <w:r>
                    <w:t>миллати</w:t>
                  </w:r>
                </w:p>
              </w:tc>
              <w:tc>
                <w:tcPr>
                  <w:tcW w:type="dxa" w:w="5896"/>
                  <w:vAlign w:val="bottom"/>
                </w:tcPr>
                <w:p>
                  <w:pPr>
                    <w:jc w:val="center"/>
                  </w:pPr>
                  <w:r>
                    <w:rPr>
                      <w:sz w:val="12"/>
                    </w:rPr>
                  </w:r>
                </w:p>
              </w:tc>
            </w:tr>
          </w:tbl>
          <w:p/>
          <w:tbl>
            <w:tblPr>
              <w:tblW w:type="dxa" w:w="7711"/>
              <w:tblLook w:firstColumn="1" w:firstRow="1" w:lastColumn="0" w:lastRow="0" w:noHBand="0" w:noVBand="1" w:val="04A0"/>
              <w:tblLayout w:type="fixed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20" w:type="dxa"/>
                <w:right w:w="20" w:type="dxa"/>
                <w:top w:w="20" w:type="dxa"/>
                <w:bottom w:w="20" w:type="dxa"/>
              </w:tblCellMar>
            </w:tblPr>
            <w:tblGrid>
              <w:gridCol w:w="2041"/>
              <w:gridCol w:w="5670"/>
            </w:tblGrid>
            <w:tr>
              <w:tc>
                <w:tcPr>
                  <w:tcW w:type="dxa" w:w="2041"/>
                  <w:vAlign w:val="bottom"/>
                </w:tcPr>
                <w:p>
                  <w:r>
                    <w:t>Место регистрации</w:t>
                  </w:r>
                </w:p>
              </w:tc>
              <w:tc>
                <w:tcPr>
                  <w:tcW w:type="dxa" w:w="5670"/>
                  <w:tcBorders>
                    <w:top w:val="none"/>
                    <w:left w:val="none"/>
                    <w:bottom w:val="dotted" w:sz="4" w:color="000000"/>
                    <w:right w:val="none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i/>
                      <w:color w:val="202040"/>
                      <w:sz w:val="22"/>
                    </w:rPr>
                    <w:t>Ўз. ССР  Наманган</w:t>
                  </w:r>
                </w:p>
              </w:tc>
            </w:tr>
            <w:tr>
              <w:tc>
                <w:tcPr>
                  <w:tcW w:type="dxa" w:w="2041"/>
                  <w:vAlign w:val="bottom"/>
                </w:tcPr>
                <w:p>
                  <w:r>
                    <w:t>Қайд қилиш жойи</w:t>
                  </w:r>
                </w:p>
              </w:tc>
              <w:tc>
                <w:tcPr>
                  <w:tcW w:type="dxa" w:w="5670"/>
                  <w:vAlign w:val="bottom"/>
                </w:tcPr>
                <w:p>
                  <w:pPr>
                    <w:jc w:val="center"/>
                  </w:pPr>
                  <w:r>
                    <w:rPr>
                      <w:sz w:val="12"/>
                    </w:rPr>
                    <w:t>наименование и местонахождение органа</w:t>
                  </w:r>
                </w:p>
              </w:tc>
            </w:tr>
          </w:tbl>
          <w:p/>
          <w:tbl>
            <w:tblPr>
              <w:tblW w:type="dxa" w:w="7711"/>
              <w:tblLook w:firstColumn="1" w:firstRow="1" w:lastColumn="0" w:lastRow="0" w:noHBand="0" w:noVBand="1" w:val="04A0"/>
              <w:tblLayout w:type="fixed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20" w:type="dxa"/>
                <w:right w:w="20" w:type="dxa"/>
                <w:top w:w="20" w:type="dxa"/>
                <w:bottom w:w="20" w:type="dxa"/>
              </w:tblCellMar>
            </w:tblPr>
            <w:tblGrid>
              <w:gridCol w:w="56"/>
              <w:gridCol w:w="7654"/>
            </w:tblGrid>
            <w:tr>
              <w:tc>
                <w:tcPr>
                  <w:tcW w:type="dxa" w:w="56"/>
                  <w:vAlign w:val="bottom"/>
                </w:tcPr>
                <w:p>
                  <w:r/>
                </w:p>
              </w:tc>
              <w:tc>
                <w:tcPr>
                  <w:tcW w:type="dxa" w:w="7654"/>
                  <w:tcBorders>
                    <w:top w:val="none"/>
                    <w:left w:val="none"/>
                    <w:bottom w:val="dotted" w:sz="4" w:color="000000"/>
                    <w:right w:val="none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i/>
                      <w:color w:val="202040"/>
                      <w:sz w:val="22"/>
                    </w:rPr>
                    <w:t>область  Янгиқўрғон</w:t>
                  </w:r>
                </w:p>
              </w:tc>
            </w:tr>
            <w:tr>
              <w:tc>
                <w:tcPr>
                  <w:tcW w:type="dxa" w:w="56"/>
                  <w:vAlign w:val="bottom"/>
                </w:tcPr>
                <w:p>
                  <w:r/>
                </w:p>
              </w:tc>
              <w:tc>
                <w:tcPr>
                  <w:tcW w:type="dxa" w:w="7654"/>
                  <w:vAlign w:val="bottom"/>
                </w:tcPr>
                <w:p>
                  <w:pPr>
                    <w:jc w:val="center"/>
                  </w:pPr>
                  <w:r>
                    <w:rPr>
                      <w:sz w:val="12"/>
                    </w:rPr>
                    <w:t>ЗАГСа — ЗАГС органи номи ва қаердалиги</w:t>
                  </w:r>
                </w:p>
              </w:tc>
            </w:tr>
          </w:tbl>
          <w:p/>
          <w:p>
            <w:pPr>
              <w:spacing w:line="20" w:lineRule="exact"/>
            </w:pPr>
            <w:r>
              <w:rPr>
                <w:sz w:val="2"/>
              </w:rPr>
            </w:r>
          </w:p>
          <w:tbl>
            <w:tblPr>
              <w:tblW w:type="dxa" w:w="7711"/>
              <w:tblLook w:firstColumn="1" w:firstRow="1" w:lastColumn="0" w:lastRow="0" w:noHBand="0" w:noVBand="1" w:val="04A0"/>
              <w:tblLayout w:type="fixed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20" w:type="dxa"/>
                <w:right w:w="20" w:type="dxa"/>
                <w:top w:w="20" w:type="dxa"/>
                <w:bottom w:w="20" w:type="dxa"/>
              </w:tblCellMar>
            </w:tblPr>
            <w:tblGrid>
              <w:gridCol w:w="56"/>
              <w:gridCol w:w="7654"/>
            </w:tblGrid>
            <w:tr>
              <w:tc>
                <w:tcPr>
                  <w:tcW w:type="dxa" w:w="56"/>
                  <w:vAlign w:val="bottom"/>
                </w:tcPr>
                <w:p>
                  <w:r/>
                </w:p>
              </w:tc>
              <w:tc>
                <w:tcPr>
                  <w:tcW w:type="dxa" w:w="7654"/>
                  <w:tcBorders>
                    <w:top w:val="none"/>
                    <w:left w:val="none"/>
                    <w:bottom w:val="dotted" w:sz="4" w:color="000000"/>
                    <w:right w:val="none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i/>
                      <w:color w:val="202040"/>
                      <w:sz w:val="22"/>
                    </w:rPr>
                    <w:t>район   ЗАГС  бўлими</w:t>
                  </w:r>
                </w:p>
              </w:tc>
            </w:tr>
          </w:tbl>
          <w:p/>
          <w:p>
            <w:pPr>
              <w:spacing w:line="80" w:lineRule="exact"/>
            </w:pPr>
            <w:r>
              <w:rPr>
                <w:sz w:val="2"/>
              </w:rPr>
            </w:r>
          </w:p>
          <w:tbl>
            <w:tblPr>
              <w:tblW w:type="dxa" w:w="7711"/>
              <w:tblLook w:firstColumn="1" w:firstRow="1" w:lastColumn="0" w:lastRow="0" w:noHBand="0" w:noVBand="1" w:val="04A0"/>
              <w:tblLayout w:type="fixed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20" w:type="dxa"/>
                <w:right w:w="20" w:type="dxa"/>
                <w:top w:w="20" w:type="dxa"/>
                <w:bottom w:w="20" w:type="dxa"/>
              </w:tblCellMar>
            </w:tblPr>
            <w:tblGrid>
              <w:gridCol w:w="1701"/>
              <w:gridCol w:w="5556"/>
              <w:gridCol w:w="453"/>
            </w:tblGrid>
            <w:tr>
              <w:tc>
                <w:tcPr>
                  <w:tcW w:type="dxa" w:w="1701"/>
                  <w:vAlign w:val="bottom"/>
                </w:tcPr>
                <w:p>
                  <w:r>
                    <w:t>Дата выдачи</w:t>
                  </w:r>
                </w:p>
              </w:tc>
              <w:tc>
                <w:tcPr>
                  <w:tcW w:type="dxa" w:w="5556"/>
                  <w:tcBorders>
                    <w:top w:val="none"/>
                    <w:left w:val="none"/>
                    <w:bottom w:val="dotted" w:sz="4" w:color="000000"/>
                    <w:right w:val="none"/>
                  </w:tcBorders>
                  <w:vAlign w:val="bottom"/>
                </w:tcPr>
                <w:p>
                  <w:pPr>
                    <w:jc w:val="center"/>
                  </w:pPr>
                  <w:r>
                    <w:t>„</w:t>
                  </w:r>
                  <w:r>
                    <w:rPr>
                      <w:i/>
                      <w:color w:val="202040"/>
                      <w:sz w:val="22"/>
                    </w:rPr>
                    <w:t>26</w:t>
                  </w:r>
                  <w:r>
                    <w:t xml:space="preserve">“  </w:t>
                  </w:r>
                  <w:r>
                    <w:rPr>
                      <w:i/>
                      <w:color w:val="202040"/>
                      <w:sz w:val="22"/>
                    </w:rPr>
                    <w:t>февраль</w:t>
                  </w:r>
                  <w:r>
                    <w:t xml:space="preserve">  19</w:t>
                  </w:r>
                  <w:r>
                    <w:rPr>
                      <w:i/>
                      <w:color w:val="202040"/>
                      <w:sz w:val="22"/>
                    </w:rPr>
                    <w:t>73</w:t>
                  </w:r>
                </w:p>
              </w:tc>
              <w:tc>
                <w:tcPr>
                  <w:tcW w:type="dxa" w:w="453"/>
                  <w:vAlign w:val="bottom"/>
                </w:tcPr>
                <w:p>
                  <w:pPr>
                    <w:jc w:val="right"/>
                  </w:pPr>
                  <w:r>
                    <w:t>г.</w:t>
                  </w:r>
                </w:p>
              </w:tc>
            </w:tr>
            <w:tr>
              <w:tc>
                <w:tcPr>
                  <w:tcW w:type="dxa" w:w="1701"/>
                  <w:vAlign w:val="bottom"/>
                </w:tcPr>
                <w:p>
                  <w:r>
                    <w:t>Берилган вақти</w:t>
                  </w:r>
                </w:p>
              </w:tc>
              <w:tc>
                <w:tcPr>
                  <w:tcW w:type="dxa" w:w="5556"/>
                  <w:vAlign w:val="bottom"/>
                </w:tcPr>
                <w:p>
                  <w:r/>
                </w:p>
              </w:tc>
              <w:tc>
                <w:tcPr>
                  <w:tcW w:type="dxa" w:w="453"/>
                  <w:vAlign w:val="bottom"/>
                </w:tcPr>
                <w:p>
                  <w:pPr>
                    <w:jc w:val="right"/>
                  </w:pPr>
                  <w:r>
                    <w:t>й.</w:t>
                  </w:r>
                </w:p>
              </w:tc>
            </w:tr>
          </w:tbl>
          <w:p/>
          <w:tbl>
            <w:tblPr>
              <w:tblW w:type="dxa" w:w="7711"/>
              <w:tblLook w:firstColumn="1" w:firstRow="1" w:lastColumn="0" w:lastRow="0" w:noHBand="0" w:noVBand="1" w:val="04A0"/>
              <w:tblLayout w:type="fixed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20" w:type="dxa"/>
                <w:right w:w="20" w:type="dxa"/>
                <w:top w:w="20" w:type="dxa"/>
                <w:bottom w:w="20" w:type="dxa"/>
              </w:tblCellMar>
            </w:tblPr>
            <w:tblGrid>
              <w:gridCol w:w="2494"/>
              <w:gridCol w:w="5216"/>
            </w:tblGrid>
            <w:tr>
              <w:tc>
                <w:tcPr>
                  <w:tcW w:type="dxa" w:w="2494"/>
                </w:tcPr>
                <w:p>
                  <w:r>
                    <w:drawing>
                      <wp:inline xmlns:a="http://schemas.openxmlformats.org/drawingml/2006/main" xmlns:pic="http://schemas.openxmlformats.org/drawingml/2006/picture">
                        <wp:extent cx="1404000" cy="1440947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seal_1.pn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04000" cy="14409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5216"/>
                </w:tcPr>
                <w:p>
                  <w:pPr>
                    <w:spacing w:before="60"/>
                    <w:jc w:val="right"/>
                  </w:pPr>
                  <w:r>
                    <w:t>Заведующий отделом (бюро)</w:t>
                  </w:r>
                </w:p>
                <w:p>
                  <w:pPr>
                    <w:jc w:val="right"/>
                  </w:pPr>
                  <w:r>
                    <w:t>М. П.    записи актов гражданского состояния</w:t>
                  </w:r>
                </w:p>
                <w:p>
                  <w:pPr>
                    <w:jc w:val="right"/>
                  </w:pPr>
                  <w:r>
                    <w:t>П. Ж.    Гражданлик ҳолати актларини</w:t>
                  </w:r>
                </w:p>
                <w:p>
                  <w:pPr>
                    <w:jc w:val="right"/>
                  </w:pPr>
                  <w:r>
                    <w:t>ёзиш бўлими (бюросининг) мудири</w:t>
                  </w:r>
                </w:p>
                <w:p>
                  <w:pPr>
                    <w:jc w:val="right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68000" cy="467400"/>
                        <wp:docPr id="2" name="Picture 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signature_1.png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8000" cy="4674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sz w:val="22"/>
                    </w:rPr>
                    <w:t>I-ЧА     №  367288</w:t>
                  </w:r>
                </w:p>
              </w:tc>
            </w:tr>
          </w:tbl>
          <w:p/>
          <w:p>
            <w:pPr>
              <w:spacing w:before="0" w:line="140" w:lineRule="exact"/>
              <w:jc w:val="left"/>
            </w:pPr>
            <w:r>
              <w:rPr>
                <w:b w:val="0"/>
                <w:sz w:val="12"/>
              </w:rPr>
              <w:t>7</w:t>
            </w:r>
          </w:p>
        </w:tc>
      </w:tr>
    </w:tbl>
    <w:p>
      <w:pPr>
        <w:spacing w:line="20" w:lineRule="exact"/>
      </w:pPr>
      <w:r>
        <w:rPr>
          <w:sz w:val="2"/>
        </w:rPr>
      </w:r>
    </w:p>
    <w:sectPr w:rsidR="00FC693F" w:rsidRPr="0006063C" w:rsidSect="00034616">
      <w:pgSz w:w="16838" w:h="11906" w:orient="landscape"/>
      <w:pgMar w:top="454" w:right="680" w:bottom="283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Times New Roman" w:hAnsi="Times New Roman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